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pPr>
      <w:r>
        <w:rPr>
          <w:i/>
        </w:rPr>
        <w:t>Hạn nộp bài: ____________________</w:t>
      </w:r>
    </w:p>
    <w:p>
      <w:pPr>
        <w:keepNext w:val="0"/>
        <w:spacing w:before="0"/>
        <w:jc w:val="center"/>
      </w:pPr>
      <w:r>
        <w:rPr>
          <w:b/>
          <w:sz w:val="32"/>
        </w:rPr>
        <w:t>ENGLISH FOR RESTAURANT STAFF – WEEK 1</w:t>
      </w:r>
    </w:p>
    <w:p>
      <w:pPr>
        <w:keepNext w:val="0"/>
        <w:spacing w:before="0"/>
        <w:jc w:val="center"/>
      </w:pPr>
      <w:r>
        <w:rPr>
          <w:i/>
          <w:color w:val="555555"/>
        </w:rPr>
        <w:t>Tiếng Anh nhà hàng – Tuần 1 (bản cơ bản)</w:t>
      </w:r>
    </w:p>
    <w:p>
      <w:pPr>
        <w:keepNext w:val="0"/>
        <w:spacing w:before="120"/>
      </w:pPr>
      <w:r>
        <w:rPr/>
        <w:t>Name: ______________________________    Date: ______________</w:t>
      </w:r>
    </w:p>
    <w:p>
      <w:pPr>
        <w:keepNext/>
        <w:spacing w:before="240"/>
      </w:pPr>
      <w:r>
        <w:rPr>
          <w:b/>
          <w:color w:val="1F4E79"/>
          <w:sz w:val="28"/>
        </w:rPr>
        <w:t>PART 1. VOCABULARY – TỪ VỰNG CẦN HỌC</w:t>
      </w:r>
    </w:p>
    <w:p>
      <w:pPr>
        <w:keepNext w:val="0"/>
        <w:spacing w:before="0"/>
      </w:pPr>
      <w:r>
        <w:rPr>
          <w:i/>
        </w:rPr>
        <w:t>Học thuộc các từ dưới đây trước khi làm bài. Các từ này sẽ xuất hiện trong bài đọc và bài nghe.</w:t>
      </w:r>
    </w:p>
    <w:tbl>
      <w:tblPr>
        <w:tblStyle w:val="TableGrid"/>
        <w:tblW w:type="auto" w:w="0"/>
        <w:tblLook w:firstColumn="1" w:firstRow="1" w:lastColumn="0" w:lastRow="0" w:noHBand="0" w:noVBand="1" w:val="04A0"/>
      </w:tblPr>
      <w:tblGrid>
        <w:gridCol w:w="2493"/>
        <w:gridCol w:w="2493"/>
        <w:gridCol w:w="2493"/>
        <w:gridCol w:w="2493"/>
      </w:tblGrid>
      <w:tr>
        <w:tc>
          <w:tcPr>
            <w:tcW w:type="dxa" w:w="2154"/>
          </w:tcPr>
          <w:p>
            <w:r/>
            <w:r>
              <w:rPr>
                <w:b/>
              </w:rPr>
              <w:t>English</w:t>
            </w:r>
          </w:p>
        </w:tc>
        <w:tc>
          <w:tcPr>
            <w:tcW w:type="dxa" w:w="2665"/>
          </w:tcPr>
          <w:p>
            <w:r/>
            <w:r>
              <w:rPr>
                <w:b/>
              </w:rPr>
              <w:t>Nghĩa</w:t>
            </w:r>
          </w:p>
        </w:tc>
        <w:tc>
          <w:tcPr>
            <w:tcW w:type="dxa" w:w="2154"/>
          </w:tcPr>
          <w:p>
            <w:r/>
            <w:r>
              <w:rPr>
                <w:b/>
              </w:rPr>
              <w:t>English</w:t>
            </w:r>
          </w:p>
        </w:tc>
        <w:tc>
          <w:tcPr>
            <w:tcW w:type="dxa" w:w="2665"/>
          </w:tcPr>
          <w:p>
            <w:r/>
            <w:r>
              <w:rPr>
                <w:b/>
              </w:rPr>
              <w:t>Nghĩa</w:t>
            </w:r>
          </w:p>
        </w:tc>
      </w:tr>
      <w:tr>
        <w:tc>
          <w:tcPr>
            <w:tcW w:type="dxa" w:w="2154"/>
          </w:tcPr>
          <w:p>
            <w:r/>
            <w:r>
              <w:rPr>
                <w:b w:val="0"/>
              </w:rPr>
              <w:t>Hello / Welcome</w:t>
            </w:r>
          </w:p>
        </w:tc>
        <w:tc>
          <w:tcPr>
            <w:tcW w:type="dxa" w:w="2665"/>
          </w:tcPr>
          <w:p>
            <w:r/>
            <w:r>
              <w:rPr>
                <w:b w:val="0"/>
              </w:rPr>
              <w:t>Xin chào / Chào mừng</w:t>
            </w:r>
          </w:p>
        </w:tc>
        <w:tc>
          <w:tcPr>
            <w:tcW w:type="dxa" w:w="2154"/>
          </w:tcPr>
          <w:p>
            <w:r/>
            <w:r>
              <w:rPr>
                <w:b w:val="0"/>
              </w:rPr>
              <w:t>Chicken</w:t>
            </w:r>
          </w:p>
        </w:tc>
        <w:tc>
          <w:tcPr>
            <w:tcW w:type="dxa" w:w="2665"/>
          </w:tcPr>
          <w:p>
            <w:r/>
            <w:r>
              <w:rPr>
                <w:b w:val="0"/>
              </w:rPr>
              <w:t>Gà</w:t>
            </w:r>
          </w:p>
        </w:tc>
      </w:tr>
      <w:tr>
        <w:tc>
          <w:tcPr>
            <w:tcW w:type="dxa" w:w="2154"/>
          </w:tcPr>
          <w:p>
            <w:r/>
            <w:r>
              <w:rPr>
                <w:b w:val="0"/>
              </w:rPr>
              <w:t>Come in</w:t>
            </w:r>
          </w:p>
        </w:tc>
        <w:tc>
          <w:tcPr>
            <w:tcW w:type="dxa" w:w="2665"/>
          </w:tcPr>
          <w:p>
            <w:r/>
            <w:r>
              <w:rPr>
                <w:b w:val="0"/>
              </w:rPr>
              <w:t>Mời vào</w:t>
            </w:r>
          </w:p>
        </w:tc>
        <w:tc>
          <w:tcPr>
            <w:tcW w:type="dxa" w:w="2154"/>
          </w:tcPr>
          <w:p>
            <w:r/>
            <w:r>
              <w:rPr>
                <w:b w:val="0"/>
              </w:rPr>
              <w:t>Sturgeon</w:t>
            </w:r>
          </w:p>
        </w:tc>
        <w:tc>
          <w:tcPr>
            <w:tcW w:type="dxa" w:w="2665"/>
          </w:tcPr>
          <w:p>
            <w:r/>
            <w:r>
              <w:rPr>
                <w:b w:val="0"/>
              </w:rPr>
              <w:t>Cá tầm</w:t>
            </w:r>
          </w:p>
        </w:tc>
      </w:tr>
      <w:tr>
        <w:tc>
          <w:tcPr>
            <w:tcW w:type="dxa" w:w="2154"/>
          </w:tcPr>
          <w:p>
            <w:r/>
            <w:r>
              <w:rPr>
                <w:b w:val="0"/>
              </w:rPr>
              <w:t>Sit down</w:t>
            </w:r>
          </w:p>
        </w:tc>
        <w:tc>
          <w:tcPr>
            <w:tcW w:type="dxa" w:w="2665"/>
          </w:tcPr>
          <w:p>
            <w:r/>
            <w:r>
              <w:rPr>
                <w:b w:val="0"/>
              </w:rPr>
              <w:t>Ngồi xuống</w:t>
            </w:r>
          </w:p>
        </w:tc>
        <w:tc>
          <w:tcPr>
            <w:tcW w:type="dxa" w:w="2154"/>
          </w:tcPr>
          <w:p>
            <w:r/>
            <w:r>
              <w:rPr>
                <w:b w:val="0"/>
              </w:rPr>
              <w:t>Grilled / Steamed</w:t>
            </w:r>
          </w:p>
        </w:tc>
        <w:tc>
          <w:tcPr>
            <w:tcW w:type="dxa" w:w="2665"/>
          </w:tcPr>
          <w:p>
            <w:r/>
            <w:r>
              <w:rPr>
                <w:b w:val="0"/>
              </w:rPr>
              <w:t>Nướng / Hấp</w:t>
            </w:r>
          </w:p>
        </w:tc>
      </w:tr>
      <w:tr>
        <w:tc>
          <w:tcPr>
            <w:tcW w:type="dxa" w:w="2154"/>
          </w:tcPr>
          <w:p>
            <w:r/>
            <w:r>
              <w:rPr>
                <w:b w:val="0"/>
              </w:rPr>
              <w:t>Menu</w:t>
            </w:r>
          </w:p>
        </w:tc>
        <w:tc>
          <w:tcPr>
            <w:tcW w:type="dxa" w:w="2665"/>
          </w:tcPr>
          <w:p>
            <w:r/>
            <w:r>
              <w:rPr>
                <w:b w:val="0"/>
              </w:rPr>
              <w:t>Thực đơn</w:t>
            </w:r>
          </w:p>
        </w:tc>
        <w:tc>
          <w:tcPr>
            <w:tcW w:type="dxa" w:w="2154"/>
          </w:tcPr>
          <w:p>
            <w:r/>
            <w:r>
              <w:rPr>
                <w:b w:val="0"/>
              </w:rPr>
              <w:t>Fried rice</w:t>
            </w:r>
          </w:p>
        </w:tc>
        <w:tc>
          <w:tcPr>
            <w:tcW w:type="dxa" w:w="2665"/>
          </w:tcPr>
          <w:p>
            <w:r/>
            <w:r>
              <w:rPr>
                <w:b w:val="0"/>
              </w:rPr>
              <w:t>Cơm rang</w:t>
            </w:r>
          </w:p>
        </w:tc>
      </w:tr>
      <w:tr>
        <w:tc>
          <w:tcPr>
            <w:tcW w:type="dxa" w:w="2154"/>
          </w:tcPr>
          <w:p>
            <w:r/>
            <w:r>
              <w:rPr>
                <w:b w:val="0"/>
              </w:rPr>
              <w:t>Order</w:t>
            </w:r>
          </w:p>
        </w:tc>
        <w:tc>
          <w:tcPr>
            <w:tcW w:type="dxa" w:w="2665"/>
          </w:tcPr>
          <w:p>
            <w:r/>
            <w:r>
              <w:rPr>
                <w:b w:val="0"/>
              </w:rPr>
              <w:t>Gọi món</w:t>
            </w:r>
          </w:p>
        </w:tc>
        <w:tc>
          <w:tcPr>
            <w:tcW w:type="dxa" w:w="2154"/>
          </w:tcPr>
          <w:p>
            <w:r/>
            <w:r>
              <w:rPr>
                <w:b w:val="0"/>
              </w:rPr>
              <w:t>Wait</w:t>
            </w:r>
          </w:p>
        </w:tc>
        <w:tc>
          <w:tcPr>
            <w:tcW w:type="dxa" w:w="2665"/>
          </w:tcPr>
          <w:p>
            <w:r/>
            <w:r>
              <w:rPr>
                <w:b w:val="0"/>
              </w:rPr>
              <w:t>Chờ, đợi</w:t>
            </w:r>
          </w:p>
        </w:tc>
      </w:tr>
      <w:tr>
        <w:tc>
          <w:tcPr>
            <w:tcW w:type="dxa" w:w="2154"/>
          </w:tcPr>
          <w:p>
            <w:r/>
            <w:r>
              <w:rPr>
                <w:b w:val="0"/>
              </w:rPr>
              <w:t>Drink</w:t>
            </w:r>
          </w:p>
        </w:tc>
        <w:tc>
          <w:tcPr>
            <w:tcW w:type="dxa" w:w="2665"/>
          </w:tcPr>
          <w:p>
            <w:r/>
            <w:r>
              <w:rPr>
                <w:b w:val="0"/>
              </w:rPr>
              <w:t>Đồ uống / Uống</w:t>
            </w:r>
          </w:p>
        </w:tc>
        <w:tc>
          <w:tcPr>
            <w:tcW w:type="dxa" w:w="2154"/>
          </w:tcPr>
          <w:p>
            <w:r/>
            <w:r>
              <w:rPr>
                <w:b w:val="0"/>
              </w:rPr>
              <w:t>Minute(s)</w:t>
            </w:r>
          </w:p>
        </w:tc>
        <w:tc>
          <w:tcPr>
            <w:tcW w:type="dxa" w:w="2665"/>
          </w:tcPr>
          <w:p>
            <w:r/>
            <w:r>
              <w:rPr>
                <w:b w:val="0"/>
              </w:rPr>
              <w:t>Phút</w:t>
            </w:r>
          </w:p>
        </w:tc>
      </w:tr>
      <w:tr>
        <w:tc>
          <w:tcPr>
            <w:tcW w:type="dxa" w:w="2154"/>
          </w:tcPr>
          <w:p>
            <w:r/>
            <w:r>
              <w:rPr>
                <w:b w:val="0"/>
              </w:rPr>
              <w:t>Food</w:t>
            </w:r>
          </w:p>
        </w:tc>
        <w:tc>
          <w:tcPr>
            <w:tcW w:type="dxa" w:w="2665"/>
          </w:tcPr>
          <w:p>
            <w:r/>
            <w:r>
              <w:rPr>
                <w:b w:val="0"/>
              </w:rPr>
              <w:t>Đồ ăn</w:t>
            </w:r>
          </w:p>
        </w:tc>
        <w:tc>
          <w:tcPr>
            <w:tcW w:type="dxa" w:w="2154"/>
          </w:tcPr>
          <w:p>
            <w:r/>
            <w:r>
              <w:rPr>
                <w:b w:val="0"/>
              </w:rPr>
              <w:t>Tea / Ginger tea</w:t>
            </w:r>
          </w:p>
        </w:tc>
        <w:tc>
          <w:tcPr>
            <w:tcW w:type="dxa" w:w="2665"/>
          </w:tcPr>
          <w:p>
            <w:r/>
            <w:r>
              <w:rPr>
                <w:b w:val="0"/>
              </w:rPr>
              <w:t>Trà / Trà gừng</w:t>
            </w:r>
          </w:p>
        </w:tc>
      </w:tr>
      <w:tr>
        <w:tc>
          <w:tcPr>
            <w:tcW w:type="dxa" w:w="2154"/>
          </w:tcPr>
          <w:p>
            <w:r/>
            <w:r>
              <w:rPr>
                <w:b w:val="0"/>
              </w:rPr>
              <w:t>Dish</w:t>
            </w:r>
          </w:p>
        </w:tc>
        <w:tc>
          <w:tcPr>
            <w:tcW w:type="dxa" w:w="2665"/>
          </w:tcPr>
          <w:p>
            <w:r/>
            <w:r>
              <w:rPr>
                <w:b w:val="0"/>
              </w:rPr>
              <w:t>Món ăn</w:t>
            </w:r>
          </w:p>
        </w:tc>
        <w:tc>
          <w:tcPr>
            <w:tcW w:type="dxa" w:w="2154"/>
          </w:tcPr>
          <w:p>
            <w:r/>
            <w:r>
              <w:rPr>
                <w:b w:val="0"/>
              </w:rPr>
              <w:t>Water</w:t>
            </w:r>
          </w:p>
        </w:tc>
        <w:tc>
          <w:tcPr>
            <w:tcW w:type="dxa" w:w="2665"/>
          </w:tcPr>
          <w:p>
            <w:r/>
            <w:r>
              <w:rPr>
                <w:b w:val="0"/>
              </w:rPr>
              <w:t>Nước</w:t>
            </w:r>
          </w:p>
        </w:tc>
      </w:tr>
      <w:tr>
        <w:tc>
          <w:tcPr>
            <w:tcW w:type="dxa" w:w="2154"/>
          </w:tcPr>
          <w:p>
            <w:r/>
            <w:r>
              <w:rPr>
                <w:b w:val="0"/>
              </w:rPr>
              <w:t>Delicious</w:t>
            </w:r>
          </w:p>
        </w:tc>
        <w:tc>
          <w:tcPr>
            <w:tcW w:type="dxa" w:w="2665"/>
          </w:tcPr>
          <w:p>
            <w:r/>
            <w:r>
              <w:rPr>
                <w:b w:val="0"/>
              </w:rPr>
              <w:t>Ngon</w:t>
            </w:r>
          </w:p>
        </w:tc>
        <w:tc>
          <w:tcPr>
            <w:tcW w:type="dxa" w:w="2154"/>
          </w:tcPr>
          <w:p>
            <w:r/>
            <w:r>
              <w:rPr>
                <w:b w:val="0"/>
              </w:rPr>
              <w:t>Bill</w:t>
            </w:r>
          </w:p>
        </w:tc>
        <w:tc>
          <w:tcPr>
            <w:tcW w:type="dxa" w:w="2665"/>
          </w:tcPr>
          <w:p>
            <w:r/>
            <w:r>
              <w:rPr>
                <w:b w:val="0"/>
              </w:rPr>
              <w:t>Hóa đơn</w:t>
            </w:r>
          </w:p>
        </w:tc>
      </w:tr>
      <w:tr>
        <w:tc>
          <w:tcPr>
            <w:tcW w:type="dxa" w:w="2154"/>
          </w:tcPr>
          <w:p>
            <w:r/>
            <w:r>
              <w:rPr>
                <w:b w:val="0"/>
              </w:rPr>
              <w:t>Spicy</w:t>
            </w:r>
          </w:p>
        </w:tc>
        <w:tc>
          <w:tcPr>
            <w:tcW w:type="dxa" w:w="2665"/>
          </w:tcPr>
          <w:p>
            <w:r/>
            <w:r>
              <w:rPr>
                <w:b w:val="0"/>
              </w:rPr>
              <w:t>Cay</w:t>
            </w:r>
          </w:p>
        </w:tc>
        <w:tc>
          <w:tcPr>
            <w:tcW w:type="dxa" w:w="2154"/>
          </w:tcPr>
          <w:p>
            <w:r/>
            <w:r>
              <w:rPr>
                <w:b w:val="0"/>
              </w:rPr>
              <w:t>Cash</w:t>
            </w:r>
          </w:p>
        </w:tc>
        <w:tc>
          <w:tcPr>
            <w:tcW w:type="dxa" w:w="2665"/>
          </w:tcPr>
          <w:p>
            <w:r/>
            <w:r>
              <w:rPr>
                <w:b w:val="0"/>
              </w:rPr>
              <w:t>Tiền mặt</w:t>
            </w:r>
          </w:p>
        </w:tc>
      </w:tr>
      <w:tr>
        <w:tc>
          <w:tcPr>
            <w:tcW w:type="dxa" w:w="2154"/>
          </w:tcPr>
          <w:p>
            <w:r/>
            <w:r>
              <w:rPr>
                <w:b w:val="0"/>
              </w:rPr>
              <w:t>Recommend</w:t>
            </w:r>
          </w:p>
        </w:tc>
        <w:tc>
          <w:tcPr>
            <w:tcW w:type="dxa" w:w="2665"/>
          </w:tcPr>
          <w:p>
            <w:r/>
            <w:r>
              <w:rPr>
                <w:b w:val="0"/>
              </w:rPr>
              <w:t>Giới thiệu, gợi ý (món)</w:t>
            </w:r>
          </w:p>
        </w:tc>
        <w:tc>
          <w:tcPr>
            <w:tcW w:type="dxa" w:w="2154"/>
          </w:tcPr>
          <w:p>
            <w:r/>
            <w:r>
              <w:rPr>
                <w:b w:val="0"/>
              </w:rPr>
              <w:t>Enjoy your meal</w:t>
            </w:r>
          </w:p>
        </w:tc>
        <w:tc>
          <w:tcPr>
            <w:tcW w:type="dxa" w:w="2665"/>
          </w:tcPr>
          <w:p>
            <w:r/>
            <w:r>
              <w:rPr>
                <w:b w:val="0"/>
              </w:rPr>
              <w:t>Chúc ngon miệng</w:t>
            </w:r>
          </w:p>
        </w:tc>
      </w:tr>
      <w:tr>
        <w:tc>
          <w:tcPr>
            <w:tcW w:type="dxa" w:w="2154"/>
          </w:tcPr>
          <w:p>
            <w:r/>
            <w:r>
              <w:rPr>
                <w:b w:val="0"/>
              </w:rPr>
              <w:t>Half / Whole</w:t>
            </w:r>
          </w:p>
        </w:tc>
        <w:tc>
          <w:tcPr>
            <w:tcW w:type="dxa" w:w="2665"/>
          </w:tcPr>
          <w:p>
            <w:r/>
            <w:r>
              <w:rPr>
                <w:b w:val="0"/>
              </w:rPr>
              <w:t>Nửa con / Cả con</w:t>
            </w:r>
          </w:p>
        </w:tc>
        <w:tc>
          <w:tcPr>
            <w:tcW w:type="dxa" w:w="2154"/>
          </w:tcPr>
          <w:p>
            <w:r/>
            <w:r>
              <w:rPr>
                <w:b w:val="0"/>
              </w:rPr>
              <w:t>Anything else?</w:t>
            </w:r>
          </w:p>
        </w:tc>
        <w:tc>
          <w:tcPr>
            <w:tcW w:type="dxa" w:w="2665"/>
          </w:tcPr>
          <w:p>
            <w:r/>
            <w:r>
              <w:rPr>
                <w:b w:val="0"/>
              </w:rPr>
              <w:t>Còn gì nữa không?</w:t>
            </w:r>
          </w:p>
        </w:tc>
      </w:tr>
    </w:tbl>
    <w:p>
      <w:pPr>
        <w:keepNext/>
        <w:spacing w:before="240"/>
      </w:pPr>
      <w:r>
        <w:rPr>
          <w:b/>
          <w:color w:val="1F4E79"/>
          <w:sz w:val="28"/>
        </w:rPr>
        <w:t>PART 2. TRANSLATION – DỊCH CÂU</w:t>
      </w:r>
    </w:p>
    <w:p>
      <w:pPr>
        <w:keepNext w:val="0"/>
        <w:spacing w:before="0"/>
      </w:pPr>
      <w:r>
        <w:rPr>
          <w:i/>
        </w:rPr>
        <w:t>Dịch sang tiếng Anh. Từ gợi ý nằm trong ngoặc. → HỌC THUỘC LÒNG và THU ÂM HOẶC QUAY VIDEO NỘP.</w:t>
      </w:r>
    </w:p>
    <w:p>
      <w:pPr>
        <w:keepNext/>
        <w:spacing w:before="80"/>
      </w:pPr>
      <w:r>
        <w:rPr>
          <w:b/>
        </w:rPr>
        <w:t xml:space="preserve">1. Xin chào, mời quý khách vào. </w:t>
      </w:r>
      <w:r>
        <w:rPr>
          <w:i/>
          <w:color w:val="555555"/>
        </w:rPr>
        <w:t>(hello, come in)</w:t>
      </w:r>
    </w:p>
    <w:p>
      <w:pPr>
        <w:keepNext w:val="0"/>
        <w:spacing w:before="0"/>
      </w:pPr>
      <w:r>
        <w:rPr/>
        <w:t>________________________________________________________________________</w:t>
      </w:r>
    </w:p>
    <w:p>
      <w:pPr>
        <w:keepNext/>
        <w:spacing w:before="80"/>
      </w:pPr>
      <w:r>
        <w:rPr>
          <w:b/>
        </w:rPr>
        <w:t xml:space="preserve">2. Mời quý khách ngồi. </w:t>
      </w:r>
      <w:r>
        <w:rPr>
          <w:i/>
          <w:color w:val="555555"/>
        </w:rPr>
        <w:t>(sit down)</w:t>
      </w:r>
    </w:p>
    <w:p>
      <w:pPr>
        <w:keepNext w:val="0"/>
        <w:spacing w:before="0"/>
      </w:pPr>
      <w:r>
        <w:rPr/>
        <w:t>________________________________________________________________________</w:t>
      </w:r>
    </w:p>
    <w:p>
      <w:pPr>
        <w:keepNext/>
        <w:spacing w:before="80"/>
      </w:pPr>
      <w:r>
        <w:rPr>
          <w:b/>
        </w:rPr>
        <w:t xml:space="preserve">3. Đây là thực đơn ạ. </w:t>
      </w:r>
      <w:r>
        <w:rPr>
          <w:i/>
          <w:color w:val="555555"/>
        </w:rPr>
        <w:t>(here is, menu)</w:t>
      </w:r>
    </w:p>
    <w:p>
      <w:pPr>
        <w:keepNext w:val="0"/>
        <w:spacing w:before="0"/>
      </w:pPr>
      <w:r>
        <w:rPr/>
        <w:t>________________________________________________________________________</w:t>
      </w:r>
    </w:p>
    <w:p>
      <w:pPr>
        <w:keepNext/>
        <w:spacing w:before="80"/>
      </w:pPr>
      <w:r>
        <w:rPr>
          <w:b/>
        </w:rPr>
        <w:t xml:space="preserve">4. Quý khách muốn gọi món gì ạ? </w:t>
      </w:r>
      <w:r>
        <w:rPr>
          <w:i/>
          <w:color w:val="555555"/>
        </w:rPr>
        <w:t>(what would you like, order)</w:t>
      </w:r>
    </w:p>
    <w:p>
      <w:pPr>
        <w:keepNext w:val="0"/>
        <w:spacing w:before="0"/>
      </w:pPr>
      <w:r>
        <w:rPr/>
        <w:t>________________________________________________________________________</w:t>
      </w:r>
    </w:p>
    <w:p>
      <w:pPr>
        <w:keepNext/>
        <w:spacing w:before="80"/>
      </w:pPr>
      <w:r>
        <w:rPr>
          <w:b/>
        </w:rPr>
        <w:t xml:space="preserve">5. Quý khách muốn nửa con hay cả con ạ? </w:t>
      </w:r>
      <w:r>
        <w:rPr>
          <w:i/>
          <w:color w:val="555555"/>
        </w:rPr>
        <w:t>(would you like, half, whole)</w:t>
      </w:r>
    </w:p>
    <w:p>
      <w:pPr>
        <w:keepNext w:val="0"/>
        <w:spacing w:before="0"/>
      </w:pPr>
      <w:r>
        <w:rPr/>
        <w:t>________________________________________________________________________</w:t>
      </w:r>
    </w:p>
    <w:p>
      <w:pPr>
        <w:keepNext/>
        <w:spacing w:before="80"/>
      </w:pPr>
      <w:r>
        <w:rPr>
          <w:b/>
        </w:rPr>
        <w:t xml:space="preserve">6. Quý khách muốn uống gì ạ? </w:t>
      </w:r>
      <w:r>
        <w:rPr>
          <w:i/>
          <w:color w:val="555555"/>
        </w:rPr>
        <w:t>(what would you like, drink)</w:t>
      </w:r>
    </w:p>
    <w:p>
      <w:pPr>
        <w:keepNext w:val="0"/>
        <w:spacing w:before="0"/>
      </w:pPr>
      <w:r>
        <w:rPr/>
        <w:t>________________________________________________________________________</w:t>
      </w:r>
    </w:p>
    <w:p>
      <w:pPr>
        <w:keepNext/>
        <w:spacing w:before="80"/>
      </w:pPr>
      <w:r>
        <w:rPr>
          <w:b/>
        </w:rPr>
        <w:t xml:space="preserve">7. Xin quý khách chờ mười phút. </w:t>
      </w:r>
      <w:r>
        <w:rPr>
          <w:i/>
          <w:color w:val="555555"/>
        </w:rPr>
        <w:t>(wait, minutes)</w:t>
      </w:r>
    </w:p>
    <w:p>
      <w:pPr>
        <w:keepNext w:val="0"/>
        <w:spacing w:before="0"/>
      </w:pPr>
      <w:r>
        <w:rPr/>
        <w:t>________________________________________________________________________</w:t>
      </w:r>
    </w:p>
    <w:p>
      <w:pPr>
        <w:keepNext/>
        <w:spacing w:before="80"/>
      </w:pPr>
      <w:r>
        <w:rPr>
          <w:b/>
        </w:rPr>
        <w:t xml:space="preserve">8. Đây là món của quý khách. Chúc quý khách ngon miệng. </w:t>
      </w:r>
      <w:r>
        <w:rPr>
          <w:i/>
          <w:color w:val="555555"/>
        </w:rPr>
        <w:t>(here is, food, enjoy your meal)</w:t>
      </w:r>
    </w:p>
    <w:p>
      <w:pPr>
        <w:keepNext w:val="0"/>
        <w:spacing w:before="0"/>
      </w:pPr>
      <w:r>
        <w:rPr/>
        <w:t>________________________________________________________________________</w:t>
      </w:r>
    </w:p>
    <w:p>
      <w:pPr>
        <w:keepNext/>
        <w:spacing w:before="80"/>
      </w:pPr>
      <w:r>
        <w:rPr>
          <w:b/>
        </w:rPr>
        <w:t xml:space="preserve">9. Quý khách có muốn gọi thêm gì không ạ? </w:t>
      </w:r>
      <w:r>
        <w:rPr>
          <w:i/>
          <w:color w:val="555555"/>
        </w:rPr>
        <w:t>(would you like, anything else)</w:t>
      </w:r>
    </w:p>
    <w:p>
      <w:pPr>
        <w:keepNext w:val="0"/>
        <w:spacing w:before="0"/>
      </w:pPr>
      <w:r>
        <w:rPr/>
        <w:t>________________________________________________________________________</w:t>
      </w:r>
    </w:p>
    <w:p>
      <w:pPr>
        <w:keepNext/>
        <w:spacing w:before="80"/>
      </w:pPr>
      <w:r>
        <w:rPr>
          <w:b/>
        </w:rPr>
        <w:t xml:space="preserve">10. Đây là hóa đơn của quý khách ạ. </w:t>
      </w:r>
      <w:r>
        <w:rPr>
          <w:i/>
          <w:color w:val="555555"/>
        </w:rPr>
        <w:t>(here is, bill)</w:t>
      </w:r>
    </w:p>
    <w:p>
      <w:pPr>
        <w:keepNext w:val="0"/>
        <w:spacing w:before="0"/>
      </w:pPr>
      <w:r>
        <w:rPr/>
        <w:t>________________________________________________________________________</w:t>
      </w:r>
    </w:p>
    <w:p>
      <w:pPr>
        <w:keepNext/>
        <w:spacing w:before="240"/>
      </w:pPr>
      <w:r>
        <w:rPr>
          <w:b/>
          <w:color w:val="1F4E79"/>
          <w:sz w:val="28"/>
        </w:rPr>
        <w:t>PART 3. READING – ĐỌC HIỂU</w:t>
      </w:r>
    </w:p>
    <w:p>
      <w:pPr>
        <w:keepNext w:val="0"/>
        <w:spacing w:before="0"/>
      </w:pPr>
      <w:r>
        <w:rPr>
          <w:i/>
        </w:rPr>
        <w:t>Đọc đoạn văn và khoanh tròn đáp án đúng (A, B hoặc C).</w:t>
      </w:r>
    </w:p>
    <w:p>
      <w:pPr>
        <w:keepNext/>
        <w:spacing w:before="160"/>
      </w:pPr>
      <w:r>
        <w:rPr>
          <w:b/>
        </w:rPr>
        <w:t>Passage 1 – Mai, the waitress</w:t>
      </w:r>
    </w:p>
    <w:p>
      <w:pPr>
        <w:keepNext w:val="0"/>
        <w:spacing w:before="0" w:line="312" w:lineRule="auto"/>
      </w:pPr>
      <w:r>
        <w:rPr/>
        <w:t>Mai works at H’mong Village Restaurant. She is a waitress. Every day, she starts work at 10 a.m. When guests come in, she says, “Hello, welcome!” She gives them the menu. Then she takes their order. Many guests like the H’mong chicken and the steamed sturgeon. Mai always asks, “What would you like to drink?” Guests often order H’mong green tea or lemon juice. Mai is very friendly, and the guests are happy.</w:t>
      </w:r>
    </w:p>
    <w:p>
      <w:pPr>
        <w:keepNext w:val="0"/>
        <w:spacing w:before="0"/>
      </w:pPr>
      <w:r>
        <w:rPr>
          <w:b/>
          <w:i/>
        </w:rPr>
        <w:t xml:space="preserve">Từ mới: </w:t>
      </w:r>
      <w:r>
        <w:rPr>
          <w:i/>
          <w:color w:val="555555"/>
          <w:sz w:val="24"/>
        </w:rPr>
        <w:t>waitress = nữ phục vụ;  starts work = bắt đầu làm việc;  takes their order = ghi món khách gọi;  steamed sturgeon = cá tầm hấp;  often = thường;  green tea = trà xanh;  lemon juice = nước chanh;  friendly = thân thiện</w:t>
      </w:r>
    </w:p>
    <w:p>
      <w:pPr>
        <w:keepNext/>
        <w:spacing w:before="80"/>
      </w:pPr>
      <w:r>
        <w:rPr>
          <w:b/>
        </w:rPr>
        <w:t xml:space="preserve">1. What is Mai's job? </w:t>
      </w:r>
      <w:r>
        <w:rPr>
          <w:i/>
          <w:color w:val="555555"/>
          <w:sz w:val="24"/>
        </w:rPr>
        <w:t>(Mai làm nghề gì?)</w:t>
      </w:r>
    </w:p>
    <w:p>
      <w:pPr>
        <w:keepNext w:val="0"/>
        <w:spacing w:before="0"/>
      </w:pPr>
      <w:r>
        <w:rPr/>
        <w:t xml:space="preserve">     A. A cook        B. A waitress        C. A receptionist</w:t>
      </w:r>
    </w:p>
    <w:p>
      <w:pPr>
        <w:keepNext/>
        <w:spacing w:before="80"/>
      </w:pPr>
      <w:r>
        <w:rPr>
          <w:b/>
        </w:rPr>
        <w:t xml:space="preserve">2. What does Mai give the guests first? </w:t>
      </w:r>
      <w:r>
        <w:rPr>
          <w:i/>
          <w:color w:val="555555"/>
          <w:sz w:val="24"/>
        </w:rPr>
        <w:t>(Mai đưa gì cho khách đầu tiên?)</w:t>
      </w:r>
    </w:p>
    <w:p>
      <w:pPr>
        <w:keepNext w:val="0"/>
        <w:spacing w:before="0"/>
      </w:pPr>
      <w:r>
        <w:rPr/>
        <w:t xml:space="preserve">     A. The bill        B. The menu        C. Some water</w:t>
      </w:r>
    </w:p>
    <w:p>
      <w:pPr>
        <w:keepNext/>
        <w:spacing w:before="80"/>
      </w:pPr>
      <w:r>
        <w:rPr>
          <w:b/>
        </w:rPr>
        <w:t xml:space="preserve">3. What food do many guests like? </w:t>
      </w:r>
      <w:r>
        <w:rPr>
          <w:i/>
          <w:color w:val="555555"/>
          <w:sz w:val="24"/>
        </w:rPr>
        <w:t>(Nhiều khách thích món gì?)</w:t>
      </w:r>
    </w:p>
    <w:p>
      <w:pPr>
        <w:keepNext w:val="0"/>
        <w:spacing w:before="0" w:after="0"/>
      </w:pPr>
      <w:r>
        <w:rPr/>
        <w:t xml:space="preserve">     A. Fried rice and beef</w:t>
      </w:r>
    </w:p>
    <w:p>
      <w:pPr>
        <w:keepNext w:val="0"/>
        <w:spacing w:before="0" w:after="0"/>
      </w:pPr>
      <w:r>
        <w:rPr/>
        <w:t xml:space="preserve">     B. H’mong chicken and steamed sturgeon</w:t>
      </w:r>
    </w:p>
    <w:p>
      <w:pPr>
        <w:keepNext w:val="0"/>
        <w:spacing w:before="0" w:after="0"/>
      </w:pPr>
      <w:r>
        <w:rPr/>
        <w:t xml:space="preserve">     C. Pizza and French fries</w:t>
      </w:r>
    </w:p>
    <w:p>
      <w:pPr>
        <w:keepNext/>
        <w:spacing w:before="80"/>
      </w:pPr>
      <w:r>
        <w:rPr>
          <w:b/>
        </w:rPr>
        <w:t xml:space="preserve">4. What do guests often drink? </w:t>
      </w:r>
      <w:r>
        <w:rPr>
          <w:i/>
          <w:color w:val="555555"/>
          <w:sz w:val="24"/>
        </w:rPr>
        <w:t>(Khách thường uống gì?)</w:t>
      </w:r>
    </w:p>
    <w:p>
      <w:pPr>
        <w:keepNext w:val="0"/>
        <w:spacing w:before="0" w:after="0"/>
      </w:pPr>
      <w:r>
        <w:rPr/>
        <w:t xml:space="preserve">     A. Coffee or beer</w:t>
      </w:r>
    </w:p>
    <w:p>
      <w:pPr>
        <w:keepNext w:val="0"/>
        <w:spacing w:before="0" w:after="0"/>
      </w:pPr>
      <w:r>
        <w:rPr/>
        <w:t xml:space="preserve">     B. Coconut coffee</w:t>
      </w:r>
    </w:p>
    <w:p>
      <w:pPr>
        <w:keepNext w:val="0"/>
        <w:spacing w:before="0" w:after="0"/>
      </w:pPr>
      <w:r>
        <w:rPr/>
        <w:t xml:space="preserve">     C. Green tea or lemon juice</w:t>
      </w:r>
    </w:p>
    <w:p>
      <w:pPr>
        <w:keepNext/>
        <w:spacing w:before="160"/>
      </w:pPr>
      <w:r>
        <w:rPr>
          <w:b/>
        </w:rPr>
        <w:t>Passage 2 – Tom's dinner</w:t>
      </w:r>
    </w:p>
    <w:p>
      <w:pPr>
        <w:keepNext w:val="0"/>
        <w:spacing w:before="0" w:line="312" w:lineRule="auto"/>
      </w:pPr>
      <w:r>
        <w:rPr/>
        <w:t>Tom is a guest at the hotel. At 7 p.m., he goes to the restaurant. He orders half a grilled chicken and one fried rice. He asks the waiter, “Is this dish spicy?” The waiter says, “No, it is not spicy.” Tom waits fifteen minutes for his food. The food is delicious. After dinner, Tom asks for the bill. He pays in cash. He says, “Thank you. The food is very good!”</w:t>
      </w:r>
    </w:p>
    <w:p>
      <w:pPr>
        <w:keepNext w:val="0"/>
        <w:spacing w:before="0"/>
      </w:pPr>
      <w:r>
        <w:rPr>
          <w:b/>
          <w:i/>
        </w:rPr>
        <w:t xml:space="preserve">Từ mới: </w:t>
      </w:r>
      <w:r>
        <w:rPr>
          <w:i/>
          <w:color w:val="555555"/>
          <w:sz w:val="24"/>
        </w:rPr>
        <w:t>hotel = khách sạn;  half a grilled chicken = nửa con gà nướng;  waiter = nam phục vụ;  after dinner = sau bữa tối;  asks for = xin, yêu cầu;  pays = trả tiền;  in cash = bằng tiền mặt</w:t>
      </w:r>
    </w:p>
    <w:p>
      <w:pPr>
        <w:keepNext/>
        <w:spacing w:before="80"/>
      </w:pPr>
      <w:r>
        <w:rPr>
          <w:b/>
        </w:rPr>
        <w:t xml:space="preserve">5. What does Tom order? </w:t>
      </w:r>
      <w:r>
        <w:rPr>
          <w:i/>
          <w:color w:val="555555"/>
          <w:sz w:val="24"/>
        </w:rPr>
        <w:t>(Tom gọi món gì?)</w:t>
      </w:r>
    </w:p>
    <w:p>
      <w:pPr>
        <w:keepNext w:val="0"/>
        <w:spacing w:before="0" w:after="0"/>
      </w:pPr>
      <w:r>
        <w:rPr/>
        <w:t xml:space="preserve">     A. A whole chicken</w:t>
      </w:r>
    </w:p>
    <w:p>
      <w:pPr>
        <w:keepNext w:val="0"/>
        <w:spacing w:before="0" w:after="0"/>
      </w:pPr>
      <w:r>
        <w:rPr/>
        <w:t xml:space="preserve">     B. Half a grilled chicken and fried rice</w:t>
      </w:r>
    </w:p>
    <w:p>
      <w:pPr>
        <w:keepNext w:val="0"/>
        <w:spacing w:before="0" w:after="0"/>
      </w:pPr>
      <w:r>
        <w:rPr/>
        <w:t xml:space="preserve">     C. Steamed sturgeon</w:t>
      </w:r>
    </w:p>
    <w:p>
      <w:pPr>
        <w:keepNext/>
        <w:spacing w:before="80"/>
      </w:pPr>
      <w:r>
        <w:rPr>
          <w:b/>
        </w:rPr>
        <w:t xml:space="preserve">6. Is the dish spicy? </w:t>
      </w:r>
      <w:r>
        <w:rPr>
          <w:i/>
          <w:color w:val="555555"/>
          <w:sz w:val="24"/>
        </w:rPr>
        <w:t>(Món ăn có cay không?)</w:t>
      </w:r>
    </w:p>
    <w:p>
      <w:pPr>
        <w:keepNext w:val="0"/>
        <w:spacing w:before="0"/>
      </w:pPr>
      <w:r>
        <w:rPr/>
        <w:t xml:space="preserve">     A. Yes, very spicy        B. Yes, a little        C. No, it is not spicy</w:t>
      </w:r>
    </w:p>
    <w:p>
      <w:pPr>
        <w:keepNext/>
        <w:spacing w:before="80"/>
      </w:pPr>
      <w:r>
        <w:rPr>
          <w:b/>
        </w:rPr>
        <w:t xml:space="preserve">7. How long does Tom wait for his food? </w:t>
      </w:r>
      <w:r>
        <w:rPr>
          <w:i/>
          <w:color w:val="555555"/>
          <w:sz w:val="24"/>
        </w:rPr>
        <w:t>(Tom chờ đồ ăn bao lâu?)</w:t>
      </w:r>
    </w:p>
    <w:p>
      <w:pPr>
        <w:keepNext w:val="0"/>
        <w:spacing w:before="0"/>
      </w:pPr>
      <w:r>
        <w:rPr/>
        <w:t xml:space="preserve">     A. 5 minutes        B. 10 minutes        C. 15 minutes</w:t>
      </w:r>
    </w:p>
    <w:p>
      <w:pPr>
        <w:keepNext/>
        <w:spacing w:before="80"/>
      </w:pPr>
      <w:r>
        <w:rPr>
          <w:b/>
        </w:rPr>
        <w:t xml:space="preserve">8. How does Tom pay? </w:t>
      </w:r>
      <w:r>
        <w:rPr>
          <w:i/>
          <w:color w:val="555555"/>
          <w:sz w:val="24"/>
        </w:rPr>
        <w:t>(Tom thanh toán bằng cách nào?)</w:t>
      </w:r>
    </w:p>
    <w:p>
      <w:pPr>
        <w:keepNext w:val="0"/>
        <w:spacing w:before="0"/>
      </w:pPr>
      <w:r>
        <w:rPr/>
        <w:t xml:space="preserve">     A. In cash        B. By card        C. At the reception tomorrow</w:t>
      </w:r>
    </w:p>
    <w:p>
      <w:pPr>
        <w:keepNext/>
        <w:spacing w:before="240"/>
      </w:pPr>
      <w:r>
        <w:rPr>
          <w:b/>
          <w:color w:val="1F4E79"/>
          <w:sz w:val="28"/>
        </w:rPr>
        <w:t>PART 4. LISTENING – CHÉP CHÍNH TẢ</w:t>
      </w:r>
    </w:p>
    <w:p>
      <w:pPr>
        <w:keepNext w:val="0"/>
        <w:spacing w:before="0"/>
      </w:pPr>
      <w:r>
        <w:rPr>
          <w:i/>
        </w:rPr>
        <w:t>Nghe audio và điền từ còn thiếu vào chỗ trống. Có thể nghe lại bao nhiêu lần cũng được.</w:t>
      </w:r>
    </w:p>
    <w:p>
      <w:pPr>
        <w:keepNext w:val="0"/>
        <w:spacing w:before="160"/>
      </w:pPr>
      <w:r>
        <w:rPr>
          <w:b/>
        </w:rPr>
        <w:t>► Dictation 1 – Welcome</w:t>
      </w:r>
      <w:r>
        <w:rPr>
          <w:i/>
          <w:color w:val="555555"/>
          <w:sz w:val="22"/>
        </w:rPr>
        <w:t xml:space="preserve">   (file: 01_Chinh_ta_1.mp3)</w:t>
      </w:r>
    </w:p>
    <w:p>
      <w:pPr>
        <w:keepNext w:val="0"/>
        <w:spacing w:before="0" w:line="360" w:lineRule="auto"/>
      </w:pPr>
      <w:r>
        <w:rPr/>
        <w:t xml:space="preserve">Hello, please </w:t>
      </w:r>
      <w:r>
        <w:rPr/>
        <w:t>(1) ____________</w:t>
      </w:r>
      <w:r>
        <w:rPr/>
        <w:t xml:space="preserve"> in.</w:t>
      </w:r>
    </w:p>
    <w:p>
      <w:pPr>
        <w:keepNext w:val="0"/>
        <w:spacing w:before="0" w:line="360" w:lineRule="auto"/>
      </w:pPr>
      <w:r>
        <w:rPr/>
        <w:t xml:space="preserve">Please </w:t>
      </w:r>
      <w:r>
        <w:rPr/>
        <w:t>(2) ____________</w:t>
      </w:r>
      <w:r>
        <w:rPr/>
        <w:t xml:space="preserve"> down.</w:t>
      </w:r>
    </w:p>
    <w:p>
      <w:pPr>
        <w:keepNext w:val="0"/>
        <w:spacing w:before="0" w:line="360" w:lineRule="auto"/>
      </w:pPr>
      <w:r>
        <w:rPr/>
        <w:t xml:space="preserve">Here is the </w:t>
      </w:r>
      <w:r>
        <w:rPr/>
        <w:t>(3) ____________</w:t>
      </w:r>
      <w:r>
        <w:rPr/>
        <w:t>.</w:t>
      </w:r>
    </w:p>
    <w:p>
      <w:pPr>
        <w:keepNext w:val="0"/>
        <w:spacing w:before="0" w:line="360" w:lineRule="auto"/>
      </w:pPr>
      <w:r>
        <w:rPr/>
        <w:t xml:space="preserve">What would you like to </w:t>
      </w:r>
      <w:r>
        <w:rPr/>
        <w:t>(4) ____________</w:t>
      </w:r>
      <w:r>
        <w:rPr/>
        <w:t>?</w:t>
      </w:r>
    </w:p>
    <w:p>
      <w:pPr>
        <w:keepNext w:val="0"/>
        <w:spacing w:before="0" w:line="360" w:lineRule="auto"/>
      </w:pPr>
      <w:r>
        <w:rPr/>
        <w:t xml:space="preserve">And what would you like to </w:t>
      </w:r>
      <w:r>
        <w:rPr/>
        <w:t>(5) ____________</w:t>
      </w:r>
      <w:r>
        <w:rPr/>
        <w:t>?</w:t>
      </w:r>
    </w:p>
    <w:p>
      <w:pPr>
        <w:keepNext w:val="0"/>
        <w:spacing w:before="160"/>
      </w:pPr>
      <w:r>
        <w:rPr>
          <w:b/>
        </w:rPr>
        <w:t>► Dictation 2 – About the food</w:t>
      </w:r>
      <w:r>
        <w:rPr>
          <w:i/>
          <w:color w:val="555555"/>
          <w:sz w:val="22"/>
        </w:rPr>
        <w:t xml:space="preserve">   (file: 02_Chinh_ta_2.mp3)</w:t>
      </w:r>
    </w:p>
    <w:p>
      <w:pPr>
        <w:keepNext w:val="0"/>
        <w:spacing w:before="0" w:line="360" w:lineRule="auto"/>
      </w:pPr>
      <w:r>
        <w:rPr/>
        <w:t xml:space="preserve">This is grilled </w:t>
      </w:r>
      <w:r>
        <w:rPr/>
        <w:t>(6) ____________</w:t>
      </w:r>
      <w:r>
        <w:rPr/>
        <w:t>.</w:t>
      </w:r>
    </w:p>
    <w:p>
      <w:pPr>
        <w:keepNext w:val="0"/>
        <w:spacing w:before="0" w:line="360" w:lineRule="auto"/>
      </w:pPr>
      <w:r>
        <w:rPr/>
        <w:t xml:space="preserve">It is very </w:t>
      </w:r>
      <w:r>
        <w:rPr/>
        <w:t>(7) ____________</w:t>
      </w:r>
      <w:r>
        <w:rPr/>
        <w:t xml:space="preserve">, and it is not </w:t>
      </w:r>
      <w:r>
        <w:rPr/>
        <w:t>(8) ____________</w:t>
      </w:r>
      <w:r>
        <w:rPr/>
        <w:t>.</w:t>
      </w:r>
    </w:p>
    <w:p>
      <w:pPr>
        <w:keepNext w:val="0"/>
        <w:spacing w:before="0" w:line="360" w:lineRule="auto"/>
      </w:pPr>
      <w:r>
        <w:rPr/>
        <w:t xml:space="preserve">Would you like </w:t>
      </w:r>
      <w:r>
        <w:rPr/>
        <w:t>(9) ____________</w:t>
      </w:r>
      <w:r>
        <w:rPr/>
        <w:t xml:space="preserve"> or whole?</w:t>
      </w:r>
    </w:p>
    <w:p>
      <w:pPr>
        <w:keepNext w:val="0"/>
        <w:spacing w:before="0" w:line="360" w:lineRule="auto"/>
      </w:pPr>
      <w:r>
        <w:rPr/>
        <w:t xml:space="preserve">Please </w:t>
      </w:r>
      <w:r>
        <w:rPr/>
        <w:t>(10) ____________</w:t>
      </w:r>
      <w:r>
        <w:rPr/>
        <w:t xml:space="preserve"> fifteen </w:t>
      </w:r>
      <w:r>
        <w:rPr/>
        <w:t>(11) ____________</w:t>
      </w:r>
      <w:r>
        <w:rPr/>
        <w:t>.</w:t>
      </w:r>
    </w:p>
    <w:p>
      <w:pPr>
        <w:keepNext w:val="0"/>
        <w:spacing w:before="160"/>
      </w:pPr>
      <w:r>
        <w:rPr>
          <w:b/>
        </w:rPr>
        <w:t>► Dictation 3 – Serving and paying</w:t>
      </w:r>
      <w:r>
        <w:rPr>
          <w:i/>
          <w:color w:val="555555"/>
          <w:sz w:val="22"/>
        </w:rPr>
        <w:t xml:space="preserve">   (file: 03_Chinh_ta_3.mp3)</w:t>
      </w:r>
    </w:p>
    <w:p>
      <w:pPr>
        <w:keepNext w:val="0"/>
        <w:spacing w:before="0" w:line="360" w:lineRule="auto"/>
      </w:pPr>
      <w:r>
        <w:rPr/>
        <w:t xml:space="preserve">Here is your </w:t>
      </w:r>
      <w:r>
        <w:rPr/>
        <w:t>(12) ____________</w:t>
      </w:r>
      <w:r>
        <w:rPr/>
        <w:t>.</w:t>
      </w:r>
    </w:p>
    <w:p>
      <w:pPr>
        <w:keepNext w:val="0"/>
        <w:spacing w:before="0" w:line="360" w:lineRule="auto"/>
      </w:pPr>
      <w:r>
        <w:rPr/>
        <w:t>(13) ____________</w:t>
      </w:r>
      <w:r>
        <w:rPr/>
        <w:t xml:space="preserve"> your meal.</w:t>
      </w:r>
    </w:p>
    <w:p>
      <w:pPr>
        <w:keepNext w:val="0"/>
        <w:spacing w:before="0" w:line="360" w:lineRule="auto"/>
      </w:pPr>
      <w:r>
        <w:rPr/>
        <w:t xml:space="preserve">Would you like anything </w:t>
      </w:r>
      <w:r>
        <w:rPr/>
        <w:t>(14) ____________</w:t>
      </w:r>
      <w:r>
        <w:rPr/>
        <w:t>?</w:t>
      </w:r>
    </w:p>
    <w:p>
      <w:pPr>
        <w:keepNext w:val="0"/>
        <w:spacing w:before="0" w:line="360" w:lineRule="auto"/>
      </w:pPr>
      <w:r>
        <w:rPr/>
        <w:t xml:space="preserve">Here is your </w:t>
      </w:r>
      <w:r>
        <w:rPr/>
        <w:t>(15) ____________</w:t>
      </w:r>
      <w:r>
        <w:rPr/>
        <w:t>.</w:t>
      </w:r>
    </w:p>
    <w:p>
      <w:pPr>
        <w:keepNext w:val="0"/>
        <w:spacing w:before="0" w:line="360" w:lineRule="auto"/>
      </w:pPr>
      <w:r>
        <w:rPr/>
        <w:t xml:space="preserve">You can pay in </w:t>
      </w:r>
      <w:r>
        <w:rPr/>
        <w:t>(16) ____________</w:t>
      </w:r>
      <w:r>
        <w:rPr/>
        <w:t>.</w:t>
      </w:r>
    </w:p>
    <w:p>
      <w:pPr>
        <w:keepNext/>
        <w:spacing w:before="240"/>
      </w:pPr>
      <w:r>
        <w:rPr>
          <w:b/>
          <w:color w:val="1F4E79"/>
          <w:sz w:val="28"/>
        </w:rPr>
        <w:t>PART 5. LISTENING – NGHE HIỂU</w:t>
      </w:r>
    </w:p>
    <w:p>
      <w:pPr>
        <w:keepNext w:val="0"/>
        <w:spacing w:before="0"/>
      </w:pPr>
      <w:r>
        <w:rPr>
          <w:i/>
        </w:rPr>
        <w:t>Nghe đoạn hội thoại giữa nhân viên phục vụ và khách (có thể nghe lại nhiều lần), rồi khoanh tròn đáp án đúng.</w:t>
      </w:r>
    </w:p>
    <w:p>
      <w:pPr>
        <w:keepNext w:val="0"/>
        <w:spacing w:before="120"/>
      </w:pPr>
      <w:r>
        <w:rPr>
          <w:b/>
        </w:rPr>
        <w:t>► At the restaurant</w:t>
      </w:r>
      <w:r>
        <w:rPr>
          <w:i/>
          <w:color w:val="555555"/>
          <w:sz w:val="22"/>
        </w:rPr>
        <w:t xml:space="preserve">   (file: 04_Nghe_hieu.mp3)</w:t>
      </w:r>
    </w:p>
    <w:p>
      <w:pPr>
        <w:keepNext/>
        <w:spacing w:before="80"/>
      </w:pPr>
      <w:r>
        <w:rPr>
          <w:b/>
        </w:rPr>
        <w:t xml:space="preserve">1. How many people are eating? </w:t>
      </w:r>
      <w:r>
        <w:rPr>
          <w:i/>
          <w:color w:val="555555"/>
          <w:sz w:val="24"/>
        </w:rPr>
        <w:t>(Có mấy người ăn?)</w:t>
      </w:r>
    </w:p>
    <w:p>
      <w:pPr>
        <w:keepNext w:val="0"/>
        <w:spacing w:before="0"/>
      </w:pPr>
      <w:r>
        <w:rPr/>
        <w:t xml:space="preserve">     A. One        B. Two        C. Three</w:t>
      </w:r>
    </w:p>
    <w:p>
      <w:pPr>
        <w:keepNext/>
        <w:spacing w:before="80"/>
      </w:pPr>
      <w:r>
        <w:rPr>
          <w:b/>
        </w:rPr>
        <w:t xml:space="preserve">2. What does the waitress recommend? </w:t>
      </w:r>
      <w:r>
        <w:rPr>
          <w:i/>
          <w:color w:val="555555"/>
          <w:sz w:val="24"/>
        </w:rPr>
        <w:t>(Nhân viên gợi ý món gì?)</w:t>
      </w:r>
    </w:p>
    <w:p>
      <w:pPr>
        <w:keepNext w:val="0"/>
        <w:spacing w:before="0"/>
      </w:pPr>
      <w:r>
        <w:rPr/>
        <w:t xml:space="preserve">     A. Steamed sturgeon        B. Fried rice        C. H’mong chicken</w:t>
      </w:r>
    </w:p>
    <w:p>
      <w:pPr>
        <w:keepNext/>
        <w:spacing w:before="80"/>
      </w:pPr>
      <w:r>
        <w:rPr>
          <w:b/>
        </w:rPr>
        <w:t xml:space="preserve">3. Does the guest order half or whole? </w:t>
      </w:r>
      <w:r>
        <w:rPr>
          <w:i/>
          <w:color w:val="555555"/>
          <w:sz w:val="24"/>
        </w:rPr>
        <w:t>(Khách gọi nửa con hay cả con?)</w:t>
      </w:r>
    </w:p>
    <w:p>
      <w:pPr>
        <w:keepNext w:val="0"/>
        <w:spacing w:before="0"/>
      </w:pPr>
      <w:r>
        <w:rPr/>
        <w:t xml:space="preserve">     A. Half        B. Whole        C. Two whole chickens</w:t>
      </w:r>
    </w:p>
    <w:p>
      <w:pPr>
        <w:keepNext/>
        <w:spacing w:before="80"/>
      </w:pPr>
      <w:r>
        <w:rPr>
          <w:b/>
        </w:rPr>
        <w:t xml:space="preserve">4. What do the guests want to drink? </w:t>
      </w:r>
      <w:r>
        <w:rPr>
          <w:i/>
          <w:color w:val="555555"/>
          <w:sz w:val="24"/>
        </w:rPr>
        <w:t>(Khách muốn uống gì?)</w:t>
      </w:r>
    </w:p>
    <w:p>
      <w:pPr>
        <w:keepNext w:val="0"/>
        <w:spacing w:before="0"/>
      </w:pPr>
      <w:r>
        <w:rPr/>
        <w:t xml:space="preserve">     A. Coffee        B. Ginger tea        C. Lemon juice</w:t>
      </w:r>
    </w:p>
    <w:p>
      <w:pPr>
        <w:keepNext/>
        <w:spacing w:before="80"/>
      </w:pPr>
      <w:r>
        <w:rPr>
          <w:b/>
        </w:rPr>
        <w:t xml:space="preserve">5. How long do the guests need to wait? </w:t>
      </w:r>
      <w:r>
        <w:rPr>
          <w:i/>
          <w:color w:val="555555"/>
          <w:sz w:val="24"/>
        </w:rPr>
        <w:t>(Khách cần chờ bao lâu?)</w:t>
      </w:r>
    </w:p>
    <w:p>
      <w:pPr>
        <w:keepNext w:val="0"/>
        <w:spacing w:before="0"/>
      </w:pPr>
      <w:r>
        <w:rPr/>
        <w:t xml:space="preserve">     A. About 10 minutes        B. About 15 minutes        C. About 20 minutes</w:t>
      </w:r>
    </w:p>
    <w:p>
      <w:r>
        <w:br w:type="page"/>
      </w:r>
    </w:p>
    <w:p>
      <w:pPr>
        <w:spacing w:after="0" w:before="0"/>
        <w:jc w:val="center"/>
      </w:pPr>
      <w:r>
        <w:rPr>
          <w:b/>
          <w:i w:val="0"/>
          <w:color w:val="1D2558"/>
          <w:sz w:val="34"/>
        </w:rPr>
        <w:t>PHIẾU TRẢ LỜI</w:t>
      </w:r>
    </w:p>
    <w:p>
      <w:pPr>
        <w:spacing w:after="120" w:before="0"/>
        <w:jc w:val="center"/>
      </w:pPr>
      <w:r>
        <w:rPr>
          <w:b w:val="0"/>
          <w:i/>
          <w:color w:val="555A70"/>
          <w:sz w:val="23"/>
        </w:rPr>
        <w:t>Bài 1 · Nhà Hàng</w:t>
      </w:r>
    </w:p>
    <w:p>
      <w:pPr>
        <w:spacing w:after="120" w:before="0"/>
      </w:pPr>
      <w:r>
        <w:rPr>
          <w:b w:val="0"/>
          <w:i w:val="0"/>
          <w:sz w:val="22"/>
        </w:rPr>
        <w:t>Họ tên: ______________________________        Ngày làm bài: ________________</w:t>
      </w:r>
    </w:p>
    <w:tbl>
      <w:tblPr>
        <w:tblW w:type="auto" w:w="0"/>
        <w:jc w:val="center"/>
        <w:tblLayout w:type="fixed"/>
        <w:tblLook w:firstColumn="1" w:firstRow="1" w:lastColumn="0" w:lastRow="0" w:noHBand="0" w:noVBand="1" w:val="04A0"/>
      </w:tblPr>
      <w:tblGrid>
        <w:gridCol w:w="9973"/>
      </w:tblGrid>
      <w:tr>
        <w:tc>
          <w:tcPr>
            <w:tcW w:type="dxa" w:w="9972"/>
            <w:shd w:val="clear" w:color="auto" w:fill="FBF1DC"/>
            <w:vAlign w:val="center"/>
          </w:tcPr>
          <w:p>
            <w:r>
              <w:rPr>
                <w:b/>
                <w:sz w:val="21"/>
              </w:rPr>
              <w:t>CÁCH NỘP BÀI</w:t>
            </w:r>
          </w:p>
          <w:p>
            <w:pPr>
              <w:spacing w:after="0" w:before="0"/>
            </w:pPr>
            <w:r>
              <w:rPr>
                <w:b w:val="0"/>
                <w:i w:val="0"/>
                <w:sz w:val="19"/>
              </w:rPr>
              <w:t>• Ghi tất cả câu trả lời vào trang này. Chỉ cần nộp: 1 ẢNH TRANG NÀY + FILE THU ÂM.</w:t>
            </w:r>
          </w:p>
          <w:p>
            <w:pPr>
              <w:spacing w:after="0" w:before="0"/>
            </w:pPr>
            <w:r>
              <w:rPr>
                <w:b w:val="0"/>
                <w:i w:val="0"/>
                <w:sz w:val="19"/>
              </w:rPr>
              <w:t>• Phần chính tả: viết CHỮ IN HOA (ví dụ: FOOD, ELSE).</w:t>
            </w:r>
          </w:p>
          <w:p>
            <w:pPr>
              <w:spacing w:after="0" w:before="0"/>
            </w:pPr>
            <w:r>
              <w:rPr>
                <w:b w:val="0"/>
                <w:i w:val="0"/>
                <w:sz w:val="19"/>
              </w:rPr>
              <w:t>• Chụp ảnh: đặt giấy trên mặt bàn, chụp thẳng từ trên xuống, đủ sáng, thấy đủ 4 góc giấy.</w:t>
            </w:r>
          </w:p>
          <w:p>
            <w:pPr>
              <w:spacing w:after="0" w:before="0"/>
            </w:pPr>
            <w:r>
              <w:rPr>
                <w:b w:val="0"/>
                <w:i w:val="0"/>
                <w:sz w:val="19"/>
              </w:rPr>
              <w:t>• Thu âm phần dịch câu: nói "Câu 1" rồi đọc câu, nghỉ 2 giây, rồi "Câu 2"... Thu ở nơi yên tĩnh.</w:t>
            </w:r>
          </w:p>
        </w:tc>
      </w:tr>
    </w:tbl>
    <w:p>
      <w:pPr>
        <w:spacing w:after="60" w:before="160"/>
      </w:pPr>
      <w:r>
        <w:rPr>
          <w:b/>
          <w:color w:val="1D2558"/>
          <w:sz w:val="23"/>
        </w:rPr>
        <w:t>PART 2. DỊCH CÂU</w:t>
      </w:r>
      <w:r>
        <w:rPr>
          <w:i/>
          <w:color w:val="555A70"/>
          <w:sz w:val="19"/>
        </w:rPr>
        <w:t xml:space="preserve">   Viết câu tiếng Anh, viết hoa chữ đầu câu, có dấu . hoặc ?</w:t>
      </w:r>
    </w:p>
    <w:tbl>
      <w:tblPr>
        <w:tblStyle w:val="TableGrid"/>
        <w:tblW w:type="auto" w:w="0"/>
        <w:tblLayout w:type="fixed"/>
        <w:tblLook w:firstColumn="1" w:firstRow="1" w:lastColumn="0" w:lastRow="0" w:noHBand="0" w:noVBand="1" w:val="04A0"/>
      </w:tblPr>
      <w:tblGrid>
        <w:gridCol w:w="510"/>
        <w:gridCol w:w="9462"/>
      </w:tblGrid>
      <w:tr>
        <w:trPr>
          <w:trHeight w:val="482" w:hRule="atLeast"/>
        </w:trPr>
        <w:tc>
          <w:tcPr>
            <w:tcW w:type="dxa" w:w="510"/>
            <w:shd w:val="clear" w:color="auto" w:fill="EEF0FB"/>
            <w:vAlign w:val="center"/>
          </w:tcPr>
          <w:p>
            <w:pPr>
              <w:spacing w:after="0"/>
              <w:jc w:val="center"/>
            </w:pPr>
            <w:r>
              <w:rPr>
                <w:b/>
                <w:color w:val="1D2558"/>
                <w:sz w:val="21"/>
              </w:rPr>
              <w:t>1</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2</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3</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4</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5</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6</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7</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8</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9</w:t>
            </w:r>
          </w:p>
        </w:tc>
        <w:tc>
          <w:tcPr>
            <w:tcW w:type="dxa" w:w="9462"/>
            <w:vAlign w:val="center"/>
          </w:tcPr>
          <w:p/>
        </w:tc>
      </w:tr>
      <w:tr>
        <w:trPr>
          <w:trHeight w:val="482" w:hRule="atLeast"/>
        </w:trPr>
        <w:tc>
          <w:tcPr>
            <w:tcW w:type="dxa" w:w="510"/>
            <w:shd w:val="clear" w:color="auto" w:fill="EEF0FB"/>
            <w:vAlign w:val="center"/>
          </w:tcPr>
          <w:p>
            <w:pPr>
              <w:spacing w:after="0"/>
              <w:jc w:val="center"/>
            </w:pPr>
            <w:r>
              <w:rPr>
                <w:b/>
                <w:color w:val="1D2558"/>
                <w:sz w:val="21"/>
              </w:rPr>
              <w:t>10</w:t>
            </w:r>
          </w:p>
        </w:tc>
        <w:tc>
          <w:tcPr>
            <w:tcW w:type="dxa" w:w="9462"/>
            <w:vAlign w:val="center"/>
          </w:tcPr>
          <w:p/>
        </w:tc>
      </w:tr>
    </w:tbl>
    <w:p>
      <w:pPr>
        <w:spacing w:after="60" w:before="160"/>
      </w:pPr>
      <w:r>
        <w:rPr>
          <w:b/>
          <w:color w:val="1D2558"/>
          <w:sz w:val="23"/>
        </w:rPr>
        <w:t>PART 3. ĐỌC HIỂU</w:t>
      </w:r>
      <w:r>
        <w:rPr>
          <w:i/>
          <w:color w:val="555A70"/>
          <w:sz w:val="19"/>
        </w:rPr>
        <w:t xml:space="preserve">   Điền A, B hoặc C</w:t>
      </w:r>
    </w:p>
    <w:tbl>
      <w:tblPr>
        <w:tblStyle w:val="TableGrid"/>
        <w:tblW w:type="auto" w:w="0"/>
        <w:tblLayout w:type="fixed"/>
        <w:tblLook w:firstColumn="1" w:firstRow="1" w:lastColumn="0" w:lastRow="0" w:noHBand="0" w:noVBand="1" w:val="04A0"/>
      </w:tblPr>
      <w:tblGrid>
        <w:gridCol w:w="1246"/>
        <w:gridCol w:w="1246"/>
        <w:gridCol w:w="1246"/>
        <w:gridCol w:w="1246"/>
        <w:gridCol w:w="1246"/>
        <w:gridCol w:w="1246"/>
        <w:gridCol w:w="1246"/>
        <w:gridCol w:w="1246"/>
      </w:tblGrid>
      <w:tr>
        <w:trPr>
          <w:trHeight w:val="312"/>
        </w:trPr>
        <w:tc>
          <w:tcPr>
            <w:tcW w:type="dxa" w:w="1246"/>
            <w:shd w:val="clear" w:color="auto" w:fill="EEF0FB"/>
            <w:vAlign w:val="center"/>
          </w:tcPr>
          <w:p>
            <w:pPr>
              <w:spacing w:after="0"/>
              <w:jc w:val="center"/>
            </w:pPr>
            <w:r>
              <w:rPr>
                <w:b/>
                <w:color w:val="1D2558"/>
                <w:sz w:val="21"/>
              </w:rPr>
              <w:t>1</w:t>
            </w:r>
          </w:p>
        </w:tc>
        <w:tc>
          <w:tcPr>
            <w:tcW w:type="dxa" w:w="1246"/>
            <w:shd w:val="clear" w:color="auto" w:fill="EEF0FB"/>
            <w:vAlign w:val="center"/>
          </w:tcPr>
          <w:p>
            <w:pPr>
              <w:spacing w:after="0"/>
              <w:jc w:val="center"/>
            </w:pPr>
            <w:r>
              <w:rPr>
                <w:b/>
                <w:color w:val="1D2558"/>
                <w:sz w:val="21"/>
              </w:rPr>
              <w:t>2</w:t>
            </w:r>
          </w:p>
        </w:tc>
        <w:tc>
          <w:tcPr>
            <w:tcW w:type="dxa" w:w="1246"/>
            <w:shd w:val="clear" w:color="auto" w:fill="EEF0FB"/>
            <w:vAlign w:val="center"/>
          </w:tcPr>
          <w:p>
            <w:pPr>
              <w:spacing w:after="0"/>
              <w:jc w:val="center"/>
            </w:pPr>
            <w:r>
              <w:rPr>
                <w:b/>
                <w:color w:val="1D2558"/>
                <w:sz w:val="21"/>
              </w:rPr>
              <w:t>3</w:t>
            </w:r>
          </w:p>
        </w:tc>
        <w:tc>
          <w:tcPr>
            <w:tcW w:type="dxa" w:w="1246"/>
            <w:shd w:val="clear" w:color="auto" w:fill="EEF0FB"/>
            <w:vAlign w:val="center"/>
          </w:tcPr>
          <w:p>
            <w:pPr>
              <w:spacing w:after="0"/>
              <w:jc w:val="center"/>
            </w:pPr>
            <w:r>
              <w:rPr>
                <w:b/>
                <w:color w:val="1D2558"/>
                <w:sz w:val="21"/>
              </w:rPr>
              <w:t>4</w:t>
            </w:r>
          </w:p>
        </w:tc>
        <w:tc>
          <w:tcPr>
            <w:tcW w:type="dxa" w:w="1246"/>
            <w:shd w:val="clear" w:color="auto" w:fill="EEF0FB"/>
            <w:vAlign w:val="center"/>
          </w:tcPr>
          <w:p>
            <w:pPr>
              <w:spacing w:after="0"/>
              <w:jc w:val="center"/>
            </w:pPr>
            <w:r>
              <w:rPr>
                <w:b/>
                <w:color w:val="1D2558"/>
                <w:sz w:val="21"/>
              </w:rPr>
              <w:t>5</w:t>
            </w:r>
          </w:p>
        </w:tc>
        <w:tc>
          <w:tcPr>
            <w:tcW w:type="dxa" w:w="1246"/>
            <w:shd w:val="clear" w:color="auto" w:fill="EEF0FB"/>
            <w:vAlign w:val="center"/>
          </w:tcPr>
          <w:p>
            <w:pPr>
              <w:spacing w:after="0"/>
              <w:jc w:val="center"/>
            </w:pPr>
            <w:r>
              <w:rPr>
                <w:b/>
                <w:color w:val="1D2558"/>
                <w:sz w:val="21"/>
              </w:rPr>
              <w:t>6</w:t>
            </w:r>
          </w:p>
        </w:tc>
        <w:tc>
          <w:tcPr>
            <w:tcW w:type="dxa" w:w="1246"/>
            <w:shd w:val="clear" w:color="auto" w:fill="EEF0FB"/>
            <w:vAlign w:val="center"/>
          </w:tcPr>
          <w:p>
            <w:pPr>
              <w:spacing w:after="0"/>
              <w:jc w:val="center"/>
            </w:pPr>
            <w:r>
              <w:rPr>
                <w:b/>
                <w:color w:val="1D2558"/>
                <w:sz w:val="21"/>
              </w:rPr>
              <w:t>7</w:t>
            </w:r>
          </w:p>
        </w:tc>
        <w:tc>
          <w:tcPr>
            <w:tcW w:type="dxa" w:w="1246"/>
            <w:shd w:val="clear" w:color="auto" w:fill="EEF0FB"/>
            <w:vAlign w:val="center"/>
          </w:tcPr>
          <w:p>
            <w:pPr>
              <w:spacing w:after="0"/>
              <w:jc w:val="center"/>
            </w:pPr>
            <w:r>
              <w:rPr>
                <w:b/>
                <w:color w:val="1D2558"/>
                <w:sz w:val="21"/>
              </w:rPr>
              <w:t>8</w:t>
            </w:r>
          </w:p>
        </w:tc>
      </w:tr>
      <w:tr>
        <w:trPr>
          <w:trHeight w:val="510" w:hRule="atLeast"/>
        </w:trPr>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c>
          <w:tcPr>
            <w:tcW w:type="dxa" w:w="1246"/>
            <w:vAlign w:val="center"/>
          </w:tcPr>
          <w:p/>
        </w:tc>
      </w:tr>
    </w:tbl>
    <w:p>
      <w:pPr>
        <w:spacing w:after="60" w:before="160"/>
      </w:pPr>
      <w:r>
        <w:rPr>
          <w:b/>
          <w:color w:val="1D2558"/>
          <w:sz w:val="23"/>
        </w:rPr>
        <w:t>PART 4. CHÉP CHÍNH TẢ</w:t>
      </w:r>
      <w:r>
        <w:rPr>
          <w:i/>
          <w:color w:val="555A70"/>
          <w:sz w:val="19"/>
        </w:rPr>
        <w:t xml:space="preserve">   Viết CHỮ IN HOA</w:t>
      </w:r>
    </w:p>
    <w:tbl>
      <w:tblPr>
        <w:tblStyle w:val="TableGrid"/>
        <w:tblW w:type="auto" w:w="0"/>
        <w:tblLayout w:type="fixed"/>
        <w:tblLook w:firstColumn="1" w:firstRow="1" w:lastColumn="0" w:lastRow="0" w:noHBand="0" w:noVBand="1" w:val="04A0"/>
      </w:tblPr>
      <w:tblGrid>
        <w:gridCol w:w="623"/>
        <w:gridCol w:w="1869"/>
        <w:gridCol w:w="623"/>
        <w:gridCol w:w="1869"/>
        <w:gridCol w:w="623"/>
        <w:gridCol w:w="1869"/>
        <w:gridCol w:w="623"/>
        <w:gridCol w:w="1869"/>
      </w:tblGrid>
      <w:tr>
        <w:trPr>
          <w:trHeight w:val="510" w:hRule="atLeast"/>
        </w:trPr>
        <w:tc>
          <w:tcPr>
            <w:tcW w:type="dxa" w:w="624"/>
            <w:shd w:val="clear" w:color="auto" w:fill="EEF0FB"/>
            <w:vAlign w:val="center"/>
          </w:tcPr>
          <w:p>
            <w:pPr>
              <w:spacing w:after="0"/>
              <w:jc w:val="center"/>
            </w:pPr>
            <w:r>
              <w:rPr>
                <w:b/>
                <w:color w:val="1D2558"/>
                <w:sz w:val="21"/>
              </w:rPr>
              <w:t>(1)</w:t>
            </w:r>
          </w:p>
        </w:tc>
        <w:tc>
          <w:tcPr>
            <w:tcW w:type="dxa" w:w="1869"/>
            <w:vAlign w:val="center"/>
          </w:tcPr>
          <w:p/>
        </w:tc>
        <w:tc>
          <w:tcPr>
            <w:tcW w:type="dxa" w:w="624"/>
            <w:shd w:val="clear" w:color="auto" w:fill="EEF0FB"/>
            <w:vAlign w:val="center"/>
          </w:tcPr>
          <w:p>
            <w:pPr>
              <w:spacing w:after="0"/>
              <w:jc w:val="center"/>
            </w:pPr>
            <w:r>
              <w:rPr>
                <w:b/>
                <w:color w:val="1D2558"/>
                <w:sz w:val="21"/>
              </w:rPr>
              <w:t>(5)</w:t>
            </w:r>
          </w:p>
        </w:tc>
        <w:tc>
          <w:tcPr>
            <w:tcW w:type="dxa" w:w="1869"/>
            <w:vAlign w:val="center"/>
          </w:tcPr>
          <w:p/>
        </w:tc>
        <w:tc>
          <w:tcPr>
            <w:tcW w:type="dxa" w:w="624"/>
            <w:shd w:val="clear" w:color="auto" w:fill="EEF0FB"/>
            <w:vAlign w:val="center"/>
          </w:tcPr>
          <w:p>
            <w:pPr>
              <w:spacing w:after="0"/>
              <w:jc w:val="center"/>
            </w:pPr>
            <w:r>
              <w:rPr>
                <w:b/>
                <w:color w:val="1D2558"/>
                <w:sz w:val="21"/>
              </w:rPr>
              <w:t>(9)</w:t>
            </w:r>
          </w:p>
        </w:tc>
        <w:tc>
          <w:tcPr>
            <w:tcW w:type="dxa" w:w="1869"/>
            <w:vAlign w:val="center"/>
          </w:tcPr>
          <w:p/>
        </w:tc>
        <w:tc>
          <w:tcPr>
            <w:tcW w:type="dxa" w:w="624"/>
            <w:shd w:val="clear" w:color="auto" w:fill="EEF0FB"/>
            <w:vAlign w:val="center"/>
          </w:tcPr>
          <w:p>
            <w:pPr>
              <w:spacing w:after="0"/>
              <w:jc w:val="center"/>
            </w:pPr>
            <w:r>
              <w:rPr>
                <w:b/>
                <w:color w:val="1D2558"/>
                <w:sz w:val="21"/>
              </w:rPr>
              <w:t>(13)</w:t>
            </w:r>
          </w:p>
        </w:tc>
        <w:tc>
          <w:tcPr>
            <w:tcW w:type="dxa" w:w="1869"/>
            <w:vAlign w:val="center"/>
          </w:tcPr>
          <w:p/>
        </w:tc>
      </w:tr>
      <w:tr>
        <w:trPr>
          <w:trHeight w:val="510" w:hRule="atLeast"/>
        </w:trPr>
        <w:tc>
          <w:tcPr>
            <w:tcW w:type="dxa" w:w="624"/>
            <w:shd w:val="clear" w:color="auto" w:fill="EEF0FB"/>
            <w:vAlign w:val="center"/>
          </w:tcPr>
          <w:p>
            <w:pPr>
              <w:spacing w:after="0"/>
              <w:jc w:val="center"/>
            </w:pPr>
            <w:r>
              <w:rPr>
                <w:b/>
                <w:color w:val="1D2558"/>
                <w:sz w:val="21"/>
              </w:rPr>
              <w:t>(2)</w:t>
            </w:r>
          </w:p>
        </w:tc>
        <w:tc>
          <w:tcPr>
            <w:tcW w:type="dxa" w:w="1869"/>
            <w:vAlign w:val="center"/>
          </w:tcPr>
          <w:p/>
        </w:tc>
        <w:tc>
          <w:tcPr>
            <w:tcW w:type="dxa" w:w="624"/>
            <w:shd w:val="clear" w:color="auto" w:fill="EEF0FB"/>
            <w:vAlign w:val="center"/>
          </w:tcPr>
          <w:p>
            <w:pPr>
              <w:spacing w:after="0"/>
              <w:jc w:val="center"/>
            </w:pPr>
            <w:r>
              <w:rPr>
                <w:b/>
                <w:color w:val="1D2558"/>
                <w:sz w:val="21"/>
              </w:rPr>
              <w:t>(6)</w:t>
            </w:r>
          </w:p>
        </w:tc>
        <w:tc>
          <w:tcPr>
            <w:tcW w:type="dxa" w:w="1869"/>
            <w:vAlign w:val="center"/>
          </w:tcPr>
          <w:p/>
        </w:tc>
        <w:tc>
          <w:tcPr>
            <w:tcW w:type="dxa" w:w="624"/>
            <w:shd w:val="clear" w:color="auto" w:fill="EEF0FB"/>
            <w:vAlign w:val="center"/>
          </w:tcPr>
          <w:p>
            <w:pPr>
              <w:spacing w:after="0"/>
              <w:jc w:val="center"/>
            </w:pPr>
            <w:r>
              <w:rPr>
                <w:b/>
                <w:color w:val="1D2558"/>
                <w:sz w:val="21"/>
              </w:rPr>
              <w:t>(10)</w:t>
            </w:r>
          </w:p>
        </w:tc>
        <w:tc>
          <w:tcPr>
            <w:tcW w:type="dxa" w:w="1869"/>
            <w:vAlign w:val="center"/>
          </w:tcPr>
          <w:p/>
        </w:tc>
        <w:tc>
          <w:tcPr>
            <w:tcW w:type="dxa" w:w="624"/>
            <w:shd w:val="clear" w:color="auto" w:fill="EEF0FB"/>
            <w:vAlign w:val="center"/>
          </w:tcPr>
          <w:p>
            <w:pPr>
              <w:spacing w:after="0"/>
              <w:jc w:val="center"/>
            </w:pPr>
            <w:r>
              <w:rPr>
                <w:b/>
                <w:color w:val="1D2558"/>
                <w:sz w:val="21"/>
              </w:rPr>
              <w:t>(14)</w:t>
            </w:r>
          </w:p>
        </w:tc>
        <w:tc>
          <w:tcPr>
            <w:tcW w:type="dxa" w:w="1869"/>
            <w:vAlign w:val="center"/>
          </w:tcPr>
          <w:p/>
        </w:tc>
      </w:tr>
      <w:tr>
        <w:trPr>
          <w:trHeight w:val="510" w:hRule="atLeast"/>
        </w:trPr>
        <w:tc>
          <w:tcPr>
            <w:tcW w:type="dxa" w:w="624"/>
            <w:shd w:val="clear" w:color="auto" w:fill="EEF0FB"/>
            <w:vAlign w:val="center"/>
          </w:tcPr>
          <w:p>
            <w:pPr>
              <w:spacing w:after="0"/>
              <w:jc w:val="center"/>
            </w:pPr>
            <w:r>
              <w:rPr>
                <w:b/>
                <w:color w:val="1D2558"/>
                <w:sz w:val="21"/>
              </w:rPr>
              <w:t>(3)</w:t>
            </w:r>
          </w:p>
        </w:tc>
        <w:tc>
          <w:tcPr>
            <w:tcW w:type="dxa" w:w="1869"/>
            <w:vAlign w:val="center"/>
          </w:tcPr>
          <w:p/>
        </w:tc>
        <w:tc>
          <w:tcPr>
            <w:tcW w:type="dxa" w:w="624"/>
            <w:shd w:val="clear" w:color="auto" w:fill="EEF0FB"/>
            <w:vAlign w:val="center"/>
          </w:tcPr>
          <w:p>
            <w:pPr>
              <w:spacing w:after="0"/>
              <w:jc w:val="center"/>
            </w:pPr>
            <w:r>
              <w:rPr>
                <w:b/>
                <w:color w:val="1D2558"/>
                <w:sz w:val="21"/>
              </w:rPr>
              <w:t>(7)</w:t>
            </w:r>
          </w:p>
        </w:tc>
        <w:tc>
          <w:tcPr>
            <w:tcW w:type="dxa" w:w="1869"/>
            <w:vAlign w:val="center"/>
          </w:tcPr>
          <w:p/>
        </w:tc>
        <w:tc>
          <w:tcPr>
            <w:tcW w:type="dxa" w:w="624"/>
            <w:shd w:val="clear" w:color="auto" w:fill="EEF0FB"/>
            <w:vAlign w:val="center"/>
          </w:tcPr>
          <w:p>
            <w:pPr>
              <w:spacing w:after="0"/>
              <w:jc w:val="center"/>
            </w:pPr>
            <w:r>
              <w:rPr>
                <w:b/>
                <w:color w:val="1D2558"/>
                <w:sz w:val="21"/>
              </w:rPr>
              <w:t>(11)</w:t>
            </w:r>
          </w:p>
        </w:tc>
        <w:tc>
          <w:tcPr>
            <w:tcW w:type="dxa" w:w="1869"/>
            <w:vAlign w:val="center"/>
          </w:tcPr>
          <w:p/>
        </w:tc>
        <w:tc>
          <w:tcPr>
            <w:tcW w:type="dxa" w:w="624"/>
            <w:shd w:val="clear" w:color="auto" w:fill="EEF0FB"/>
            <w:vAlign w:val="center"/>
          </w:tcPr>
          <w:p>
            <w:pPr>
              <w:spacing w:after="0"/>
              <w:jc w:val="center"/>
            </w:pPr>
            <w:r>
              <w:rPr>
                <w:b/>
                <w:color w:val="1D2558"/>
                <w:sz w:val="21"/>
              </w:rPr>
              <w:t>(15)</w:t>
            </w:r>
          </w:p>
        </w:tc>
        <w:tc>
          <w:tcPr>
            <w:tcW w:type="dxa" w:w="1869"/>
            <w:vAlign w:val="center"/>
          </w:tcPr>
          <w:p/>
        </w:tc>
      </w:tr>
      <w:tr>
        <w:trPr>
          <w:trHeight w:val="510" w:hRule="atLeast"/>
        </w:trPr>
        <w:tc>
          <w:tcPr>
            <w:tcW w:type="dxa" w:w="624"/>
            <w:shd w:val="clear" w:color="auto" w:fill="EEF0FB"/>
            <w:vAlign w:val="center"/>
          </w:tcPr>
          <w:p>
            <w:pPr>
              <w:spacing w:after="0"/>
              <w:jc w:val="center"/>
            </w:pPr>
            <w:r>
              <w:rPr>
                <w:b/>
                <w:color w:val="1D2558"/>
                <w:sz w:val="21"/>
              </w:rPr>
              <w:t>(4)</w:t>
            </w:r>
          </w:p>
        </w:tc>
        <w:tc>
          <w:tcPr>
            <w:tcW w:type="dxa" w:w="1869"/>
            <w:vAlign w:val="center"/>
          </w:tcPr>
          <w:p/>
        </w:tc>
        <w:tc>
          <w:tcPr>
            <w:tcW w:type="dxa" w:w="624"/>
            <w:shd w:val="clear" w:color="auto" w:fill="EEF0FB"/>
            <w:vAlign w:val="center"/>
          </w:tcPr>
          <w:p>
            <w:pPr>
              <w:spacing w:after="0"/>
              <w:jc w:val="center"/>
            </w:pPr>
            <w:r>
              <w:rPr>
                <w:b/>
                <w:color w:val="1D2558"/>
                <w:sz w:val="21"/>
              </w:rPr>
              <w:t>(8)</w:t>
            </w:r>
          </w:p>
        </w:tc>
        <w:tc>
          <w:tcPr>
            <w:tcW w:type="dxa" w:w="1869"/>
            <w:vAlign w:val="center"/>
          </w:tcPr>
          <w:p/>
        </w:tc>
        <w:tc>
          <w:tcPr>
            <w:tcW w:type="dxa" w:w="624"/>
            <w:shd w:val="clear" w:color="auto" w:fill="EEF0FB"/>
            <w:vAlign w:val="center"/>
          </w:tcPr>
          <w:p>
            <w:pPr>
              <w:spacing w:after="0"/>
              <w:jc w:val="center"/>
            </w:pPr>
            <w:r>
              <w:rPr>
                <w:b/>
                <w:color w:val="1D2558"/>
                <w:sz w:val="21"/>
              </w:rPr>
              <w:t>(12)</w:t>
            </w:r>
          </w:p>
        </w:tc>
        <w:tc>
          <w:tcPr>
            <w:tcW w:type="dxa" w:w="1869"/>
            <w:vAlign w:val="center"/>
          </w:tcPr>
          <w:p/>
        </w:tc>
        <w:tc>
          <w:tcPr>
            <w:tcW w:type="dxa" w:w="624"/>
            <w:shd w:val="clear" w:color="auto" w:fill="EEF0FB"/>
            <w:vAlign w:val="center"/>
          </w:tcPr>
          <w:p>
            <w:pPr>
              <w:spacing w:after="0"/>
              <w:jc w:val="center"/>
            </w:pPr>
            <w:r>
              <w:rPr>
                <w:b/>
                <w:color w:val="1D2558"/>
                <w:sz w:val="21"/>
              </w:rPr>
              <w:t>(16)</w:t>
            </w:r>
          </w:p>
        </w:tc>
        <w:tc>
          <w:tcPr>
            <w:tcW w:type="dxa" w:w="1869"/>
            <w:vAlign w:val="center"/>
          </w:tcPr>
          <w:p/>
        </w:tc>
      </w:tr>
    </w:tbl>
    <w:p>
      <w:pPr>
        <w:spacing w:after="60" w:before="160"/>
      </w:pPr>
      <w:r>
        <w:rPr>
          <w:b/>
          <w:color w:val="1D2558"/>
          <w:sz w:val="23"/>
        </w:rPr>
        <w:t>PART 5. NGHE HIỂU</w:t>
      </w:r>
      <w:r>
        <w:rPr>
          <w:i/>
          <w:color w:val="555A70"/>
          <w:sz w:val="19"/>
        </w:rPr>
        <w:t xml:space="preserve">   Điền A, B hoặc C</w:t>
      </w:r>
    </w:p>
    <w:tbl>
      <w:tblPr>
        <w:tblStyle w:val="TableGrid"/>
        <w:tblW w:type="auto" w:w="0"/>
        <w:tblLayout w:type="fixed"/>
        <w:tblLook w:firstColumn="1" w:firstRow="1" w:lastColumn="0" w:lastRow="0" w:noHBand="0" w:noVBand="1" w:val="04A0"/>
      </w:tblPr>
      <w:tblGrid>
        <w:gridCol w:w="1994"/>
        <w:gridCol w:w="1994"/>
        <w:gridCol w:w="1994"/>
        <w:gridCol w:w="1994"/>
        <w:gridCol w:w="1994"/>
      </w:tblGrid>
      <w:tr>
        <w:trPr>
          <w:trHeight w:val="312"/>
        </w:trPr>
        <w:tc>
          <w:tcPr>
            <w:tcW w:type="dxa" w:w="1994"/>
            <w:shd w:val="clear" w:color="auto" w:fill="EEF0FB"/>
            <w:vAlign w:val="center"/>
          </w:tcPr>
          <w:p>
            <w:pPr>
              <w:spacing w:after="0"/>
              <w:jc w:val="center"/>
            </w:pPr>
            <w:r>
              <w:rPr>
                <w:b/>
                <w:color w:val="1D2558"/>
                <w:sz w:val="21"/>
              </w:rPr>
              <w:t>1</w:t>
            </w:r>
          </w:p>
        </w:tc>
        <w:tc>
          <w:tcPr>
            <w:tcW w:type="dxa" w:w="1994"/>
            <w:shd w:val="clear" w:color="auto" w:fill="EEF0FB"/>
            <w:vAlign w:val="center"/>
          </w:tcPr>
          <w:p>
            <w:pPr>
              <w:spacing w:after="0"/>
              <w:jc w:val="center"/>
            </w:pPr>
            <w:r>
              <w:rPr>
                <w:b/>
                <w:color w:val="1D2558"/>
                <w:sz w:val="21"/>
              </w:rPr>
              <w:t>2</w:t>
            </w:r>
          </w:p>
        </w:tc>
        <w:tc>
          <w:tcPr>
            <w:tcW w:type="dxa" w:w="1994"/>
            <w:shd w:val="clear" w:color="auto" w:fill="EEF0FB"/>
            <w:vAlign w:val="center"/>
          </w:tcPr>
          <w:p>
            <w:pPr>
              <w:spacing w:after="0"/>
              <w:jc w:val="center"/>
            </w:pPr>
            <w:r>
              <w:rPr>
                <w:b/>
                <w:color w:val="1D2558"/>
                <w:sz w:val="21"/>
              </w:rPr>
              <w:t>3</w:t>
            </w:r>
          </w:p>
        </w:tc>
        <w:tc>
          <w:tcPr>
            <w:tcW w:type="dxa" w:w="1994"/>
            <w:shd w:val="clear" w:color="auto" w:fill="EEF0FB"/>
            <w:vAlign w:val="center"/>
          </w:tcPr>
          <w:p>
            <w:pPr>
              <w:spacing w:after="0"/>
              <w:jc w:val="center"/>
            </w:pPr>
            <w:r>
              <w:rPr>
                <w:b/>
                <w:color w:val="1D2558"/>
                <w:sz w:val="21"/>
              </w:rPr>
              <w:t>4</w:t>
            </w:r>
          </w:p>
        </w:tc>
        <w:tc>
          <w:tcPr>
            <w:tcW w:type="dxa" w:w="1994"/>
            <w:shd w:val="clear" w:color="auto" w:fill="EEF0FB"/>
            <w:vAlign w:val="center"/>
          </w:tcPr>
          <w:p>
            <w:pPr>
              <w:spacing w:after="0"/>
              <w:jc w:val="center"/>
            </w:pPr>
            <w:r>
              <w:rPr>
                <w:b/>
                <w:color w:val="1D2558"/>
                <w:sz w:val="21"/>
              </w:rPr>
              <w:t>5</w:t>
            </w:r>
          </w:p>
        </w:tc>
      </w:tr>
      <w:tr>
        <w:trPr>
          <w:trHeight w:val="510" w:hRule="atLeast"/>
        </w:trPr>
        <w:tc>
          <w:tcPr>
            <w:tcW w:type="dxa" w:w="1994"/>
            <w:vAlign w:val="center"/>
          </w:tcPr>
          <w:p/>
        </w:tc>
        <w:tc>
          <w:tcPr>
            <w:tcW w:type="dxa" w:w="1994"/>
            <w:vAlign w:val="center"/>
          </w:tcPr>
          <w:p/>
        </w:tc>
        <w:tc>
          <w:tcPr>
            <w:tcW w:type="dxa" w:w="1994"/>
            <w:vAlign w:val="center"/>
          </w:tcPr>
          <w:p/>
        </w:tc>
        <w:tc>
          <w:tcPr>
            <w:tcW w:type="dxa" w:w="1994"/>
            <w:vAlign w:val="center"/>
          </w:tcPr>
          <w:p/>
        </w:tc>
        <w:tc>
          <w:tcPr>
            <w:tcW w:type="dxa" w:w="1994"/>
            <w:vAlign w:val="center"/>
          </w:tcPr>
          <w:p/>
        </w:tc>
      </w:tr>
    </w:tbl>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