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pPr>
      <w:r>
        <w:rPr>
          <w:i/>
        </w:rPr>
        <w:t>Hạn nộp bài: ____________________</w:t>
      </w:r>
    </w:p>
    <w:p>
      <w:pPr>
        <w:keepNext w:val="0"/>
        <w:spacing w:before="0"/>
        <w:jc w:val="center"/>
      </w:pPr>
      <w:r>
        <w:rPr>
          <w:b/>
          <w:sz w:val="32"/>
        </w:rPr>
        <w:t>ENGLISH FOR RECEPTIONISTS – WEEK 1</w:t>
      </w:r>
    </w:p>
    <w:p>
      <w:pPr>
        <w:keepNext w:val="0"/>
        <w:spacing w:before="0"/>
        <w:jc w:val="center"/>
      </w:pPr>
      <w:r>
        <w:rPr>
          <w:i/>
          <w:color w:val="555555"/>
        </w:rPr>
        <w:t>Tiếng Anh lễ tân – Tuần 1 (bản cơ bản)</w:t>
      </w:r>
    </w:p>
    <w:p>
      <w:pPr>
        <w:keepNext w:val="0"/>
        <w:spacing w:before="120"/>
      </w:pPr>
      <w:r>
        <w:rPr/>
        <w:t>Name: ______________________________    Date: ______________</w:t>
      </w:r>
    </w:p>
    <w:p>
      <w:pPr>
        <w:keepNext/>
        <w:spacing w:before="240"/>
      </w:pPr>
      <w:r>
        <w:rPr>
          <w:b/>
          <w:color w:val="1F4E79"/>
          <w:sz w:val="28"/>
        </w:rPr>
        <w:t>PART 1. VOCABULARY – TỪ VỰNG CẦN HỌC</w:t>
      </w:r>
    </w:p>
    <w:p>
      <w:pPr>
        <w:keepNext w:val="0"/>
        <w:spacing w:before="0"/>
      </w:pPr>
      <w:r>
        <w:rPr>
          <w:i/>
        </w:rPr>
        <w:t>Học thuộc các từ dưới đây trước khi làm bài. Các từ này sẽ xuất hiện trong bài đọc và bài nghe.</w:t>
      </w:r>
    </w:p>
    <w:tbl>
      <w:tblPr>
        <w:tblStyle w:val="TableGrid"/>
        <w:tblW w:type="auto" w:w="0"/>
        <w:tblLook w:firstColumn="1" w:firstRow="1" w:lastColumn="0" w:lastRow="0" w:noHBand="0" w:noVBand="1" w:val="04A0"/>
      </w:tblPr>
      <w:tblGrid>
        <w:gridCol w:w="2493"/>
        <w:gridCol w:w="2493"/>
        <w:gridCol w:w="2493"/>
        <w:gridCol w:w="2493"/>
      </w:tblGrid>
      <w:tr>
        <w:tc>
          <w:tcPr>
            <w:tcW w:type="dxa" w:w="2154"/>
          </w:tcPr>
          <w:p>
            <w:r/>
            <w:r>
              <w:rPr>
                <w:b/>
              </w:rPr>
              <w:t>English</w:t>
            </w:r>
          </w:p>
        </w:tc>
        <w:tc>
          <w:tcPr>
            <w:tcW w:type="dxa" w:w="2665"/>
          </w:tcPr>
          <w:p>
            <w:r/>
            <w:r>
              <w:rPr>
                <w:b/>
              </w:rPr>
              <w:t>Nghĩa</w:t>
            </w:r>
          </w:p>
        </w:tc>
        <w:tc>
          <w:tcPr>
            <w:tcW w:type="dxa" w:w="2154"/>
          </w:tcPr>
          <w:p>
            <w:r/>
            <w:r>
              <w:rPr>
                <w:b/>
              </w:rPr>
              <w:t>English</w:t>
            </w:r>
          </w:p>
        </w:tc>
        <w:tc>
          <w:tcPr>
            <w:tcW w:type="dxa" w:w="2665"/>
          </w:tcPr>
          <w:p>
            <w:r/>
            <w:r>
              <w:rPr>
                <w:b/>
              </w:rPr>
              <w:t>Nghĩa</w:t>
            </w:r>
          </w:p>
        </w:tc>
      </w:tr>
      <w:tr>
        <w:tc>
          <w:tcPr>
            <w:tcW w:type="dxa" w:w="2154"/>
          </w:tcPr>
          <w:p>
            <w:r/>
            <w:r>
              <w:rPr>
                <w:b w:val="0"/>
              </w:rPr>
              <w:t>Hello / Welcome</w:t>
            </w:r>
          </w:p>
        </w:tc>
        <w:tc>
          <w:tcPr>
            <w:tcW w:type="dxa" w:w="2665"/>
          </w:tcPr>
          <w:p>
            <w:r/>
            <w:r>
              <w:rPr>
                <w:b w:val="0"/>
              </w:rPr>
              <w:t>Xin chào / Chào mừng</w:t>
            </w:r>
          </w:p>
        </w:tc>
        <w:tc>
          <w:tcPr>
            <w:tcW w:type="dxa" w:w="2154"/>
          </w:tcPr>
          <w:p>
            <w:r/>
            <w:r>
              <w:rPr>
                <w:b w:val="0"/>
              </w:rPr>
              <w:t>Swimming pool</w:t>
            </w:r>
          </w:p>
        </w:tc>
        <w:tc>
          <w:tcPr>
            <w:tcW w:type="dxa" w:w="2665"/>
          </w:tcPr>
          <w:p>
            <w:r/>
            <w:r>
              <w:rPr>
                <w:b w:val="0"/>
              </w:rPr>
              <w:t>Bể bơi</w:t>
            </w:r>
          </w:p>
        </w:tc>
      </w:tr>
      <w:tr>
        <w:tc>
          <w:tcPr>
            <w:tcW w:type="dxa" w:w="2154"/>
          </w:tcPr>
          <w:p>
            <w:r/>
            <w:r>
              <w:rPr>
                <w:b w:val="0"/>
              </w:rPr>
              <w:t>Help</w:t>
            </w:r>
          </w:p>
        </w:tc>
        <w:tc>
          <w:tcPr>
            <w:tcW w:type="dxa" w:w="2665"/>
          </w:tcPr>
          <w:p>
            <w:r/>
            <w:r>
              <w:rPr>
                <w:b w:val="0"/>
              </w:rPr>
              <w:t>Giúp đỡ</w:t>
            </w:r>
          </w:p>
        </w:tc>
        <w:tc>
          <w:tcPr>
            <w:tcW w:type="dxa" w:w="2154"/>
          </w:tcPr>
          <w:p>
            <w:r/>
            <w:r>
              <w:rPr>
                <w:b w:val="0"/>
              </w:rPr>
              <w:t>Open</w:t>
            </w:r>
          </w:p>
        </w:tc>
        <w:tc>
          <w:tcPr>
            <w:tcW w:type="dxa" w:w="2665"/>
          </w:tcPr>
          <w:p>
            <w:r/>
            <w:r>
              <w:rPr>
                <w:b w:val="0"/>
              </w:rPr>
              <w:t>Mở cửa</w:t>
            </w:r>
          </w:p>
        </w:tc>
      </w:tr>
      <w:tr>
        <w:tc>
          <w:tcPr>
            <w:tcW w:type="dxa" w:w="2154"/>
          </w:tcPr>
          <w:p>
            <w:r/>
            <w:r>
              <w:rPr>
                <w:b w:val="0"/>
              </w:rPr>
              <w:t>Booking</w:t>
            </w:r>
          </w:p>
        </w:tc>
        <w:tc>
          <w:tcPr>
            <w:tcW w:type="dxa" w:w="2665"/>
          </w:tcPr>
          <w:p>
            <w:r/>
            <w:r>
              <w:rPr>
                <w:b w:val="0"/>
              </w:rPr>
              <w:t>Đặt phòng (trước)</w:t>
            </w:r>
          </w:p>
        </w:tc>
        <w:tc>
          <w:tcPr>
            <w:tcW w:type="dxa" w:w="2154"/>
          </w:tcPr>
          <w:p>
            <w:r/>
            <w:r>
              <w:rPr>
                <w:b w:val="0"/>
              </w:rPr>
              <w:t>Towel</w:t>
            </w:r>
          </w:p>
        </w:tc>
        <w:tc>
          <w:tcPr>
            <w:tcW w:type="dxa" w:w="2665"/>
          </w:tcPr>
          <w:p>
            <w:r/>
            <w:r>
              <w:rPr>
                <w:b w:val="0"/>
              </w:rPr>
              <w:t>Khăn tắm</w:t>
            </w:r>
          </w:p>
        </w:tc>
      </w:tr>
      <w:tr>
        <w:tc>
          <w:tcPr>
            <w:tcW w:type="dxa" w:w="2154"/>
          </w:tcPr>
          <w:p>
            <w:r/>
            <w:r>
              <w:rPr>
                <w:b w:val="0"/>
              </w:rPr>
              <w:t>Passport</w:t>
            </w:r>
          </w:p>
        </w:tc>
        <w:tc>
          <w:tcPr>
            <w:tcW w:type="dxa" w:w="2665"/>
          </w:tcPr>
          <w:p>
            <w:r/>
            <w:r>
              <w:rPr>
                <w:b w:val="0"/>
              </w:rPr>
              <w:t>Hộ chiếu</w:t>
            </w:r>
          </w:p>
        </w:tc>
        <w:tc>
          <w:tcPr>
            <w:tcW w:type="dxa" w:w="2154"/>
          </w:tcPr>
          <w:p>
            <w:r/>
            <w:r>
              <w:rPr>
                <w:b w:val="0"/>
              </w:rPr>
              <w:t>Wifi / Password</w:t>
            </w:r>
          </w:p>
        </w:tc>
        <w:tc>
          <w:tcPr>
            <w:tcW w:type="dxa" w:w="2665"/>
          </w:tcPr>
          <w:p>
            <w:r/>
            <w:r>
              <w:rPr>
                <w:b w:val="0"/>
              </w:rPr>
              <w:t>Wifi / Mật khẩu</w:t>
            </w:r>
          </w:p>
        </w:tc>
      </w:tr>
      <w:tr>
        <w:tc>
          <w:tcPr>
            <w:tcW w:type="dxa" w:w="2154"/>
          </w:tcPr>
          <w:p>
            <w:r/>
            <w:r>
              <w:rPr>
                <w:b w:val="0"/>
              </w:rPr>
              <w:t>Resort</w:t>
            </w:r>
          </w:p>
        </w:tc>
        <w:tc>
          <w:tcPr>
            <w:tcW w:type="dxa" w:w="2665"/>
          </w:tcPr>
          <w:p>
            <w:r/>
            <w:r>
              <w:rPr>
                <w:b w:val="0"/>
              </w:rPr>
              <w:t>Khu nghỉ dưỡng</w:t>
            </w:r>
          </w:p>
        </w:tc>
        <w:tc>
          <w:tcPr>
            <w:tcW w:type="dxa" w:w="2154"/>
          </w:tcPr>
          <w:p>
            <w:r/>
            <w:r>
              <w:rPr>
                <w:b w:val="0"/>
              </w:rPr>
              <w:t>Electric car</w:t>
            </w:r>
          </w:p>
        </w:tc>
        <w:tc>
          <w:tcPr>
            <w:tcW w:type="dxa" w:w="2665"/>
          </w:tcPr>
          <w:p>
            <w:r/>
            <w:r>
              <w:rPr>
                <w:b w:val="0"/>
              </w:rPr>
              <w:t>Xe điện</w:t>
            </w:r>
          </w:p>
        </w:tc>
      </w:tr>
      <w:tr>
        <w:tc>
          <w:tcPr>
            <w:tcW w:type="dxa" w:w="2154"/>
          </w:tcPr>
          <w:p>
            <w:r/>
            <w:r>
              <w:rPr>
                <w:b w:val="0"/>
              </w:rPr>
              <w:t>Room</w:t>
            </w:r>
          </w:p>
        </w:tc>
        <w:tc>
          <w:tcPr>
            <w:tcW w:type="dxa" w:w="2665"/>
          </w:tcPr>
          <w:p>
            <w:r/>
            <w:r>
              <w:rPr>
                <w:b w:val="0"/>
              </w:rPr>
              <w:t>Phòng</w:t>
            </w:r>
          </w:p>
        </w:tc>
        <w:tc>
          <w:tcPr>
            <w:tcW w:type="dxa" w:w="2154"/>
          </w:tcPr>
          <w:p>
            <w:r/>
            <w:r>
              <w:rPr>
                <w:b w:val="0"/>
              </w:rPr>
              <w:t>Driver</w:t>
            </w:r>
          </w:p>
        </w:tc>
        <w:tc>
          <w:tcPr>
            <w:tcW w:type="dxa" w:w="2665"/>
          </w:tcPr>
          <w:p>
            <w:r/>
            <w:r>
              <w:rPr>
                <w:b w:val="0"/>
              </w:rPr>
              <w:t>Lái xe</w:t>
            </w:r>
          </w:p>
        </w:tc>
      </w:tr>
      <w:tr>
        <w:tc>
          <w:tcPr>
            <w:tcW w:type="dxa" w:w="2154"/>
          </w:tcPr>
          <w:p>
            <w:r/>
            <w:r>
              <w:rPr>
                <w:b w:val="0"/>
              </w:rPr>
              <w:t>Room key</w:t>
            </w:r>
          </w:p>
        </w:tc>
        <w:tc>
          <w:tcPr>
            <w:tcW w:type="dxa" w:w="2665"/>
          </w:tcPr>
          <w:p>
            <w:r/>
            <w:r>
              <w:rPr>
                <w:b w:val="0"/>
              </w:rPr>
              <w:t>Chìa khóa phòng</w:t>
            </w:r>
          </w:p>
        </w:tc>
        <w:tc>
          <w:tcPr>
            <w:tcW w:type="dxa" w:w="2154"/>
          </w:tcPr>
          <w:p>
            <w:r/>
            <w:r>
              <w:rPr>
                <w:b w:val="0"/>
              </w:rPr>
              <w:t>Wait</w:t>
            </w:r>
          </w:p>
        </w:tc>
        <w:tc>
          <w:tcPr>
            <w:tcW w:type="dxa" w:w="2665"/>
          </w:tcPr>
          <w:p>
            <w:r/>
            <w:r>
              <w:rPr>
                <w:b w:val="0"/>
              </w:rPr>
              <w:t>Chờ, đợi</w:t>
            </w:r>
          </w:p>
        </w:tc>
      </w:tr>
      <w:tr>
        <w:tc>
          <w:tcPr>
            <w:tcW w:type="dxa" w:w="2154"/>
          </w:tcPr>
          <w:p>
            <w:r/>
            <w:r>
              <w:rPr>
                <w:b w:val="0"/>
              </w:rPr>
              <w:t>Ready</w:t>
            </w:r>
          </w:p>
        </w:tc>
        <w:tc>
          <w:tcPr>
            <w:tcW w:type="dxa" w:w="2665"/>
          </w:tcPr>
          <w:p>
            <w:r/>
            <w:r>
              <w:rPr>
                <w:b w:val="0"/>
              </w:rPr>
              <w:t>Sẵn sàng</w:t>
            </w:r>
          </w:p>
        </w:tc>
        <w:tc>
          <w:tcPr>
            <w:tcW w:type="dxa" w:w="2154"/>
          </w:tcPr>
          <w:p>
            <w:r/>
            <w:r>
              <w:rPr>
                <w:b w:val="0"/>
              </w:rPr>
              <w:t>Pay</w:t>
            </w:r>
          </w:p>
        </w:tc>
        <w:tc>
          <w:tcPr>
            <w:tcW w:type="dxa" w:w="2665"/>
          </w:tcPr>
          <w:p>
            <w:r/>
            <w:r>
              <w:rPr>
                <w:b w:val="0"/>
              </w:rPr>
              <w:t>Thanh toán, trả tiền</w:t>
            </w:r>
          </w:p>
        </w:tc>
      </w:tr>
      <w:tr>
        <w:tc>
          <w:tcPr>
            <w:tcW w:type="dxa" w:w="2154"/>
          </w:tcPr>
          <w:p>
            <w:r/>
            <w:r>
              <w:rPr>
                <w:b w:val="0"/>
              </w:rPr>
              <w:t>Night(s)</w:t>
            </w:r>
          </w:p>
        </w:tc>
        <w:tc>
          <w:tcPr>
            <w:tcW w:type="dxa" w:w="2665"/>
          </w:tcPr>
          <w:p>
            <w:r/>
            <w:r>
              <w:rPr>
                <w:b w:val="0"/>
              </w:rPr>
              <w:t>Đêm</w:t>
            </w:r>
          </w:p>
        </w:tc>
        <w:tc>
          <w:tcPr>
            <w:tcW w:type="dxa" w:w="2154"/>
          </w:tcPr>
          <w:p>
            <w:r/>
            <w:r>
              <w:rPr>
                <w:b w:val="0"/>
              </w:rPr>
              <w:t>Cash / Credit card</w:t>
            </w:r>
          </w:p>
        </w:tc>
        <w:tc>
          <w:tcPr>
            <w:tcW w:type="dxa" w:w="2665"/>
          </w:tcPr>
          <w:p>
            <w:r/>
            <w:r>
              <w:rPr>
                <w:b w:val="0"/>
              </w:rPr>
              <w:t>Tiền mặt / Thẻ tín dụng</w:t>
            </w:r>
          </w:p>
        </w:tc>
      </w:tr>
      <w:tr>
        <w:tc>
          <w:tcPr>
            <w:tcW w:type="dxa" w:w="2154"/>
          </w:tcPr>
          <w:p>
            <w:r/>
            <w:r>
              <w:rPr>
                <w:b w:val="0"/>
              </w:rPr>
              <w:t>Check-in</w:t>
            </w:r>
          </w:p>
        </w:tc>
        <w:tc>
          <w:tcPr>
            <w:tcW w:type="dxa" w:w="2665"/>
          </w:tcPr>
          <w:p>
            <w:r/>
            <w:r>
              <w:rPr>
                <w:b w:val="0"/>
              </w:rPr>
              <w:t>Nhận phòng</w:t>
            </w:r>
          </w:p>
        </w:tc>
        <w:tc>
          <w:tcPr>
            <w:tcW w:type="dxa" w:w="2154"/>
          </w:tcPr>
          <w:p>
            <w:r/>
            <w:r>
              <w:rPr>
                <w:b w:val="0"/>
              </w:rPr>
              <w:t>Press</w:t>
            </w:r>
          </w:p>
        </w:tc>
        <w:tc>
          <w:tcPr>
            <w:tcW w:type="dxa" w:w="2665"/>
          </w:tcPr>
          <w:p>
            <w:r/>
            <w:r>
              <w:rPr>
                <w:b w:val="0"/>
              </w:rPr>
              <w:t>Bấm (số)</w:t>
            </w:r>
          </w:p>
        </w:tc>
      </w:tr>
      <w:tr>
        <w:tc>
          <w:tcPr>
            <w:tcW w:type="dxa" w:w="2154"/>
          </w:tcPr>
          <w:p>
            <w:r/>
            <w:r>
              <w:rPr>
                <w:b w:val="0"/>
              </w:rPr>
              <w:t>Check-out</w:t>
            </w:r>
          </w:p>
        </w:tc>
        <w:tc>
          <w:tcPr>
            <w:tcW w:type="dxa" w:w="2665"/>
          </w:tcPr>
          <w:p>
            <w:r/>
            <w:r>
              <w:rPr>
                <w:b w:val="0"/>
              </w:rPr>
              <w:t>Trả phòng</w:t>
            </w:r>
          </w:p>
        </w:tc>
        <w:tc>
          <w:tcPr>
            <w:tcW w:type="dxa" w:w="2154"/>
          </w:tcPr>
          <w:p>
            <w:r/>
            <w:r>
              <w:rPr>
                <w:b w:val="0"/>
              </w:rPr>
              <w:t>Free</w:t>
            </w:r>
          </w:p>
        </w:tc>
        <w:tc>
          <w:tcPr>
            <w:tcW w:type="dxa" w:w="2665"/>
          </w:tcPr>
          <w:p>
            <w:r/>
            <w:r>
              <w:rPr>
                <w:b w:val="0"/>
              </w:rPr>
              <w:t>Miễn phí</w:t>
            </w:r>
          </w:p>
        </w:tc>
      </w:tr>
      <w:tr>
        <w:tc>
          <w:tcPr>
            <w:tcW w:type="dxa" w:w="2154"/>
          </w:tcPr>
          <w:p>
            <w:r/>
            <w:r>
              <w:rPr>
                <w:b w:val="0"/>
              </w:rPr>
              <w:t>Breakfast</w:t>
            </w:r>
          </w:p>
        </w:tc>
        <w:tc>
          <w:tcPr>
            <w:tcW w:type="dxa" w:w="2665"/>
          </w:tcPr>
          <w:p>
            <w:r/>
            <w:r>
              <w:rPr>
                <w:b w:val="0"/>
              </w:rPr>
              <w:t>Bữa sáng</w:t>
            </w:r>
          </w:p>
        </w:tc>
        <w:tc>
          <w:tcPr>
            <w:tcW w:type="dxa" w:w="2154"/>
          </w:tcPr>
          <w:p>
            <w:r/>
            <w:r>
              <w:rPr>
                <w:b w:val="0"/>
              </w:rPr>
              <w:t>From … to …</w:t>
            </w:r>
          </w:p>
        </w:tc>
        <w:tc>
          <w:tcPr>
            <w:tcW w:type="dxa" w:w="2665"/>
          </w:tcPr>
          <w:p>
            <w:r/>
            <w:r>
              <w:rPr>
                <w:b w:val="0"/>
              </w:rPr>
              <w:t>Từ … đến …</w:t>
            </w:r>
          </w:p>
        </w:tc>
      </w:tr>
      <w:tr>
        <w:tc>
          <w:tcPr>
            <w:tcW w:type="dxa" w:w="2154"/>
          </w:tcPr>
          <w:p>
            <w:r/>
            <w:r>
              <w:rPr>
                <w:b w:val="0"/>
              </w:rPr>
              <w:t>Restaurant</w:t>
            </w:r>
          </w:p>
        </w:tc>
        <w:tc>
          <w:tcPr>
            <w:tcW w:type="dxa" w:w="2665"/>
          </w:tcPr>
          <w:p>
            <w:r/>
            <w:r>
              <w:rPr>
                <w:b w:val="0"/>
              </w:rPr>
              <w:t>Nhà hàng</w:t>
            </w:r>
          </w:p>
        </w:tc>
        <w:tc>
          <w:tcPr>
            <w:tcW w:type="dxa" w:w="2154"/>
          </w:tcPr>
          <w:p>
            <w:r/>
            <w:r>
              <w:rPr>
                <w:b w:val="0"/>
              </w:rPr>
              <w:t>a.m. / p.m.</w:t>
            </w:r>
          </w:p>
        </w:tc>
        <w:tc>
          <w:tcPr>
            <w:tcW w:type="dxa" w:w="2665"/>
          </w:tcPr>
          <w:p>
            <w:r/>
            <w:r>
              <w:rPr>
                <w:b w:val="0"/>
              </w:rPr>
              <w:t>Buổi sáng / Buổi chiều, tối</w:t>
            </w:r>
          </w:p>
        </w:tc>
      </w:tr>
    </w:tbl>
    <w:p>
      <w:pPr>
        <w:keepNext/>
        <w:spacing w:before="240"/>
      </w:pPr>
      <w:r>
        <w:rPr>
          <w:b/>
          <w:color w:val="1F4E79"/>
          <w:sz w:val="28"/>
        </w:rPr>
        <w:t>PART 2. TRANSLATION – DỊCH CÂU</w:t>
      </w:r>
    </w:p>
    <w:p>
      <w:pPr>
        <w:keepNext w:val="0"/>
        <w:spacing w:before="0"/>
      </w:pPr>
      <w:r>
        <w:rPr>
          <w:i/>
        </w:rPr>
        <w:t>Dịch sang tiếng Anh. Từ gợi ý nằm trong ngoặc. → HỌC THUỘC LÒNG và THU ÂM HOẶC QUAY VIDEO NỘP.</w:t>
      </w:r>
    </w:p>
    <w:p>
      <w:pPr>
        <w:keepNext/>
        <w:spacing w:before="80"/>
      </w:pPr>
      <w:r>
        <w:rPr>
          <w:b/>
        </w:rPr>
        <w:t xml:space="preserve">1. Xin chào, tôi có thể giúp gì cho quý khách? </w:t>
      </w:r>
      <w:r>
        <w:rPr>
          <w:i/>
          <w:color w:val="555555"/>
        </w:rPr>
        <w:t>(how can I, help)</w:t>
      </w:r>
    </w:p>
    <w:p>
      <w:pPr>
        <w:keepNext w:val="0"/>
        <w:spacing w:before="0"/>
      </w:pPr>
      <w:r>
        <w:rPr/>
        <w:t>________________________________________________________________________</w:t>
      </w:r>
    </w:p>
    <w:p>
      <w:pPr>
        <w:keepNext/>
        <w:spacing w:before="80"/>
      </w:pPr>
      <w:r>
        <w:rPr>
          <w:b/>
        </w:rPr>
        <w:t xml:space="preserve">2. Quý khách đã đặt phòng trước chưa ạ? </w:t>
      </w:r>
      <w:r>
        <w:rPr>
          <w:i/>
          <w:color w:val="555555"/>
        </w:rPr>
        <w:t>(do you have, booking)</w:t>
      </w:r>
    </w:p>
    <w:p>
      <w:pPr>
        <w:keepNext w:val="0"/>
        <w:spacing w:before="0"/>
      </w:pPr>
      <w:r>
        <w:rPr/>
        <w:t>________________________________________________________________________</w:t>
      </w:r>
    </w:p>
    <w:p>
      <w:pPr>
        <w:keepNext/>
        <w:spacing w:before="80"/>
      </w:pPr>
      <w:r>
        <w:rPr>
          <w:b/>
        </w:rPr>
        <w:t xml:space="preserve">3. Cho tôi xem hộ chiếu của quý khách. </w:t>
      </w:r>
      <w:r>
        <w:rPr>
          <w:i/>
          <w:color w:val="555555"/>
        </w:rPr>
        <w:t>(may I see, passport)</w:t>
      </w:r>
    </w:p>
    <w:p>
      <w:pPr>
        <w:keepNext w:val="0"/>
        <w:spacing w:before="0"/>
      </w:pPr>
      <w:r>
        <w:rPr/>
        <w:t>________________________________________________________________________</w:t>
      </w:r>
    </w:p>
    <w:p>
      <w:pPr>
        <w:keepNext/>
        <w:spacing w:before="80"/>
      </w:pPr>
      <w:r>
        <w:rPr>
          <w:b/>
        </w:rPr>
        <w:t xml:space="preserve">4. Để gọi lễ tân, quý khách bấm số 1. </w:t>
      </w:r>
      <w:r>
        <w:rPr>
          <w:i/>
          <w:color w:val="555555"/>
        </w:rPr>
        <w:t>(to call reception, press)</w:t>
      </w:r>
    </w:p>
    <w:p>
      <w:pPr>
        <w:keepNext w:val="0"/>
        <w:spacing w:before="0"/>
      </w:pPr>
      <w:r>
        <w:rPr/>
        <w:t>________________________________________________________________________</w:t>
      </w:r>
    </w:p>
    <w:p>
      <w:pPr>
        <w:keepNext/>
        <w:spacing w:before="80"/>
      </w:pPr>
      <w:r>
        <w:rPr>
          <w:b/>
        </w:rPr>
        <w:t xml:space="preserve">5. Đây là chìa khóa phòng của quý khách. </w:t>
      </w:r>
      <w:r>
        <w:rPr>
          <w:i/>
          <w:color w:val="555555"/>
        </w:rPr>
        <w:t>(here is, room key)</w:t>
      </w:r>
    </w:p>
    <w:p>
      <w:pPr>
        <w:keepNext w:val="0"/>
        <w:spacing w:before="0"/>
      </w:pPr>
      <w:r>
        <w:rPr/>
        <w:t>________________________________________________________________________</w:t>
      </w:r>
    </w:p>
    <w:p>
      <w:pPr>
        <w:keepNext/>
        <w:spacing w:before="80"/>
      </w:pPr>
      <w:r>
        <w:rPr>
          <w:b/>
        </w:rPr>
        <w:t xml:space="preserve">6. Bữa sáng từ 6 giờ 30 đến 9 giờ sáng. </w:t>
      </w:r>
      <w:r>
        <w:rPr>
          <w:i/>
          <w:color w:val="555555"/>
        </w:rPr>
        <w:t>(breakfast, from … to …)</w:t>
      </w:r>
    </w:p>
    <w:p>
      <w:pPr>
        <w:keepNext w:val="0"/>
        <w:spacing w:before="0"/>
      </w:pPr>
      <w:r>
        <w:rPr/>
        <w:t>________________________________________________________________________</w:t>
      </w:r>
    </w:p>
    <w:p>
      <w:pPr>
        <w:keepNext/>
        <w:spacing w:before="80"/>
      </w:pPr>
      <w:r>
        <w:rPr>
          <w:b/>
        </w:rPr>
        <w:t xml:space="preserve">7. Bể bơi mở cửa từ 7 giờ sáng đến 5 giờ chiều. </w:t>
      </w:r>
      <w:r>
        <w:rPr>
          <w:i/>
          <w:color w:val="555555"/>
        </w:rPr>
        <w:t>(swimming pool, open)</w:t>
      </w:r>
    </w:p>
    <w:p>
      <w:pPr>
        <w:keepNext w:val="0"/>
        <w:spacing w:before="0"/>
      </w:pPr>
      <w:r>
        <w:rPr/>
        <w:t>________________________________________________________________________</w:t>
      </w:r>
    </w:p>
    <w:p>
      <w:pPr>
        <w:keepNext/>
        <w:spacing w:before="80"/>
      </w:pPr>
      <w:r>
        <w:rPr>
          <w:b/>
        </w:rPr>
        <w:t xml:space="preserve">8. Wifi không có mật khẩu. </w:t>
      </w:r>
      <w:r>
        <w:rPr>
          <w:i/>
          <w:color w:val="555555"/>
        </w:rPr>
        <w:t>(wifi, password)</w:t>
      </w:r>
    </w:p>
    <w:p>
      <w:pPr>
        <w:keepNext w:val="0"/>
        <w:spacing w:before="0"/>
      </w:pPr>
      <w:r>
        <w:rPr/>
        <w:t>________________________________________________________________________</w:t>
      </w:r>
    </w:p>
    <w:p>
      <w:pPr>
        <w:keepNext/>
        <w:spacing w:before="80"/>
      </w:pPr>
      <w:r>
        <w:rPr>
          <w:b/>
        </w:rPr>
        <w:t xml:space="preserve">9. Xin chờ một chút, xe điện đang đến. </w:t>
      </w:r>
      <w:r>
        <w:rPr>
          <w:i/>
          <w:color w:val="555555"/>
        </w:rPr>
        <w:t>(wait a moment, electric car, coming)</w:t>
      </w:r>
    </w:p>
    <w:p>
      <w:pPr>
        <w:keepNext w:val="0"/>
        <w:spacing w:before="0"/>
      </w:pPr>
      <w:r>
        <w:rPr/>
        <w:t>________________________________________________________________________</w:t>
      </w:r>
    </w:p>
    <w:p>
      <w:pPr>
        <w:keepNext/>
        <w:spacing w:before="80"/>
      </w:pPr>
      <w:r>
        <w:rPr>
          <w:b/>
        </w:rPr>
        <w:t xml:space="preserve">10. Giờ trả phòng là 12 giờ trưa. </w:t>
      </w:r>
      <w:r>
        <w:rPr>
          <w:i/>
          <w:color w:val="555555"/>
        </w:rPr>
        <w:t>(check-out time)</w:t>
      </w:r>
    </w:p>
    <w:p>
      <w:pPr>
        <w:keepNext w:val="0"/>
        <w:spacing w:before="0"/>
      </w:pPr>
      <w:r>
        <w:rPr/>
        <w:t>________________________________________________________________________</w:t>
      </w:r>
    </w:p>
    <w:p>
      <w:pPr>
        <w:keepNext/>
        <w:spacing w:before="240"/>
      </w:pPr>
      <w:r>
        <w:rPr>
          <w:b/>
          <w:color w:val="1F4E79"/>
          <w:sz w:val="28"/>
        </w:rPr>
        <w:t>PART 3. READING – ĐỌC HIỂU</w:t>
      </w:r>
    </w:p>
    <w:p>
      <w:pPr>
        <w:keepNext w:val="0"/>
        <w:spacing w:before="0"/>
      </w:pPr>
      <w:r>
        <w:rPr>
          <w:i/>
        </w:rPr>
        <w:t>Đọc đoạn văn và khoanh tròn đáp án đúng (A, B hoặc C).</w:t>
      </w:r>
    </w:p>
    <w:p>
      <w:pPr>
        <w:keepNext/>
        <w:spacing w:before="160"/>
      </w:pPr>
      <w:r>
        <w:rPr>
          <w:b/>
        </w:rPr>
        <w:t>Passage 1 – Lan, the receptionist</w:t>
      </w:r>
    </w:p>
    <w:p>
      <w:pPr>
        <w:keepNext w:val="0"/>
        <w:spacing w:before="0" w:line="312" w:lineRule="auto"/>
      </w:pPr>
      <w:r>
        <w:rPr/>
        <w:t>Lan works at the reception desk of a resort in the mountains. Every day, many guests come to the resort. Lan says, “Hello, welcome!” Then she asks, “Do you have a booking?” She asks for their passports. Check-in time is 2 p.m. When the room is ready, Lan gives the guests their room keys. A driver takes them to their rooms by electric car. Lan is always friendly and helpful.</w:t>
      </w:r>
    </w:p>
    <w:p>
      <w:pPr>
        <w:keepNext w:val="0"/>
        <w:spacing w:before="0"/>
      </w:pPr>
      <w:r>
        <w:rPr>
          <w:b/>
          <w:i/>
        </w:rPr>
        <w:t xml:space="preserve">Từ mới: </w:t>
      </w:r>
      <w:r>
        <w:rPr>
          <w:i/>
          <w:color w:val="555555"/>
          <w:sz w:val="24"/>
        </w:rPr>
        <w:t>reception desk = quầy lễ tân;  resort = khu nghỉ dưỡng;  when the room is ready = khi phòng đã sẵn sàng;  mountains = núi;  every day = mỗi ngày;  asks for = xin, yêu cầu;  takes them to = đưa họ đến;  friendly = thân thiện;  helpful = nhiệt tình</w:t>
      </w:r>
    </w:p>
    <w:p>
      <w:pPr>
        <w:keepNext/>
        <w:spacing w:before="80"/>
      </w:pPr>
      <w:r>
        <w:rPr>
          <w:b/>
        </w:rPr>
        <w:t xml:space="preserve">1. What is Lan's job? </w:t>
      </w:r>
      <w:r>
        <w:rPr>
          <w:i/>
          <w:color w:val="555555"/>
          <w:sz w:val="24"/>
        </w:rPr>
        <w:t>(Lan làm nghề gì?)</w:t>
      </w:r>
    </w:p>
    <w:p>
      <w:pPr>
        <w:keepNext w:val="0"/>
        <w:spacing w:before="0"/>
      </w:pPr>
      <w:r>
        <w:rPr/>
        <w:t xml:space="preserve">     A. A waitress        B. A receptionist        C. A driver</w:t>
      </w:r>
    </w:p>
    <w:p>
      <w:pPr>
        <w:keepNext/>
        <w:spacing w:before="80"/>
      </w:pPr>
      <w:r>
        <w:rPr>
          <w:b/>
        </w:rPr>
        <w:t xml:space="preserve">2. What does Lan ask the guests for? </w:t>
      </w:r>
      <w:r>
        <w:rPr>
          <w:i/>
          <w:color w:val="555555"/>
          <w:sz w:val="24"/>
        </w:rPr>
        <w:t>(Lan xin khách cái gì?)</w:t>
      </w:r>
    </w:p>
    <w:p>
      <w:pPr>
        <w:keepNext w:val="0"/>
        <w:spacing w:before="0"/>
      </w:pPr>
      <w:r>
        <w:rPr/>
        <w:t xml:space="preserve">     A. Their passports        B. Their room keys        C. Money</w:t>
      </w:r>
    </w:p>
    <w:p>
      <w:pPr>
        <w:keepNext/>
        <w:spacing w:before="80"/>
      </w:pPr>
      <w:r>
        <w:rPr>
          <w:b/>
        </w:rPr>
        <w:t xml:space="preserve">3. What time is check-in? </w:t>
      </w:r>
      <w:r>
        <w:rPr>
          <w:i/>
          <w:color w:val="555555"/>
          <w:sz w:val="24"/>
        </w:rPr>
        <w:t>(Mấy giờ nhận phòng?)</w:t>
      </w:r>
    </w:p>
    <w:p>
      <w:pPr>
        <w:keepNext w:val="0"/>
        <w:spacing w:before="0"/>
      </w:pPr>
      <w:r>
        <w:rPr/>
        <w:t xml:space="preserve">     A. 12 p.m.        B. 2 p.m.        C. 5 p.m.</w:t>
      </w:r>
    </w:p>
    <w:p>
      <w:pPr>
        <w:keepNext/>
        <w:spacing w:before="80"/>
      </w:pPr>
      <w:r>
        <w:rPr>
          <w:b/>
        </w:rPr>
        <w:t xml:space="preserve">4. How do the guests go to their rooms? </w:t>
      </w:r>
      <w:r>
        <w:rPr>
          <w:i/>
          <w:color w:val="555555"/>
          <w:sz w:val="24"/>
        </w:rPr>
        <w:t>(Khách lên phòng bằng cách nào?)</w:t>
      </w:r>
    </w:p>
    <w:p>
      <w:pPr>
        <w:keepNext w:val="0"/>
        <w:spacing w:before="0"/>
      </w:pPr>
      <w:r>
        <w:rPr/>
        <w:t xml:space="preserve">     A. They walk        B. By electric car        C. By taxi</w:t>
      </w:r>
    </w:p>
    <w:p>
      <w:pPr>
        <w:keepNext/>
        <w:spacing w:before="160"/>
      </w:pPr>
      <w:r>
        <w:rPr>
          <w:b/>
        </w:rPr>
        <w:t>Passage 2 – Anna's questions</w:t>
      </w:r>
    </w:p>
    <w:p>
      <w:pPr>
        <w:keepNext w:val="0"/>
        <w:spacing w:before="0" w:line="312" w:lineRule="auto"/>
      </w:pPr>
      <w:r>
        <w:rPr/>
        <w:t>Anna is a guest at the resort. In the evening, she goes to the reception desk. She asks, “What time is breakfast?” The receptionist says, “Breakfast is from 6:30 to 9 a.m. in the restaurant.” Anna also wants to swim. The swimming pool is open from 7 a.m. to 5 p.m. There are towels at the pool. Then Anna asks about the wifi. The receptionist says, “The wifi has no password.” In her room, the water, tea and coffee are free. Anna can pay at check-out, in cash or by credit card.</w:t>
      </w:r>
    </w:p>
    <w:p>
      <w:pPr>
        <w:keepNext w:val="0"/>
        <w:spacing w:before="0"/>
      </w:pPr>
      <w:r>
        <w:rPr>
          <w:b/>
          <w:i/>
        </w:rPr>
        <w:t xml:space="preserve">Từ mới: </w:t>
      </w:r>
      <w:r>
        <w:rPr>
          <w:i/>
          <w:color w:val="555555"/>
          <w:sz w:val="24"/>
        </w:rPr>
        <w:t>in the evening = vào buổi tối;  wants to swim = muốn đi bơi;  there are = có;  asks about = hỏi về;  free = miễn phí;  at check-out = lúc trả phòng</w:t>
      </w:r>
    </w:p>
    <w:p>
      <w:pPr>
        <w:keepNext/>
        <w:spacing w:before="80"/>
      </w:pPr>
      <w:r>
        <w:rPr>
          <w:b/>
        </w:rPr>
        <w:t xml:space="preserve">5. What time is breakfast? </w:t>
      </w:r>
      <w:r>
        <w:rPr>
          <w:i/>
          <w:color w:val="555555"/>
          <w:sz w:val="24"/>
        </w:rPr>
        <w:t>(Bữa sáng lúc mấy giờ?)</w:t>
      </w:r>
    </w:p>
    <w:p>
      <w:pPr>
        <w:keepNext w:val="0"/>
        <w:spacing w:before="0" w:after="0"/>
      </w:pPr>
      <w:r>
        <w:rPr/>
        <w:t xml:space="preserve">     A. From 6:30 to 9 a.m.</w:t>
      </w:r>
    </w:p>
    <w:p>
      <w:pPr>
        <w:keepNext w:val="0"/>
        <w:spacing w:before="0" w:after="0"/>
      </w:pPr>
      <w:r>
        <w:rPr/>
        <w:t xml:space="preserve">     B. From 7 a.m. to 5 p.m.</w:t>
      </w:r>
    </w:p>
    <w:p>
      <w:pPr>
        <w:keepNext w:val="0"/>
        <w:spacing w:before="0" w:after="0"/>
      </w:pPr>
      <w:r>
        <w:rPr/>
        <w:t xml:space="preserve">     C. From 9 to 11 a.m.</w:t>
      </w:r>
    </w:p>
    <w:p>
      <w:pPr>
        <w:keepNext/>
        <w:spacing w:before="80"/>
      </w:pPr>
      <w:r>
        <w:rPr>
          <w:b/>
        </w:rPr>
        <w:t xml:space="preserve">6. Where is breakfast? </w:t>
      </w:r>
      <w:r>
        <w:rPr>
          <w:i/>
          <w:color w:val="555555"/>
          <w:sz w:val="24"/>
        </w:rPr>
        <w:t>(Ăn sáng ở đâu?)</w:t>
      </w:r>
    </w:p>
    <w:p>
      <w:pPr>
        <w:keepNext w:val="0"/>
        <w:spacing w:before="0"/>
      </w:pPr>
      <w:r>
        <w:rPr/>
        <w:t xml:space="preserve">     A. In the room        B. At the pool        C. In the restaurant</w:t>
      </w:r>
    </w:p>
    <w:p>
      <w:pPr>
        <w:keepNext/>
        <w:spacing w:before="80"/>
      </w:pPr>
      <w:r>
        <w:rPr>
          <w:b/>
        </w:rPr>
        <w:t xml:space="preserve">7. Where are the towels for swimming? </w:t>
      </w:r>
      <w:r>
        <w:rPr>
          <w:i/>
          <w:color w:val="555555"/>
          <w:sz w:val="24"/>
        </w:rPr>
        <w:t>(Khăn tắm để bơi ở đâu?)</w:t>
      </w:r>
    </w:p>
    <w:p>
      <w:pPr>
        <w:keepNext w:val="0"/>
        <w:spacing w:before="0"/>
      </w:pPr>
      <w:r>
        <w:rPr/>
        <w:t xml:space="preserve">     A. In the room        B. At the pool        C. At the reception desk</w:t>
      </w:r>
    </w:p>
    <w:p>
      <w:pPr>
        <w:keepNext/>
        <w:spacing w:before="80"/>
      </w:pPr>
      <w:r>
        <w:rPr>
          <w:b/>
        </w:rPr>
        <w:t xml:space="preserve">8. What is free in Anna's room? </w:t>
      </w:r>
      <w:r>
        <w:rPr>
          <w:i/>
          <w:color w:val="555555"/>
          <w:sz w:val="24"/>
        </w:rPr>
        <w:t>(Trong phòng Anna, cái gì miễn phí?)</w:t>
      </w:r>
    </w:p>
    <w:p>
      <w:pPr>
        <w:keepNext w:val="0"/>
        <w:spacing w:before="0"/>
      </w:pPr>
      <w:r>
        <w:rPr/>
        <w:t xml:space="preserve">     A. Water, tea and coffee        B. Beer        C. Food in the fridge</w:t>
      </w:r>
    </w:p>
    <w:p>
      <w:pPr>
        <w:keepNext/>
        <w:spacing w:before="240"/>
      </w:pPr>
      <w:r>
        <w:rPr>
          <w:b/>
          <w:color w:val="1F4E79"/>
          <w:sz w:val="28"/>
        </w:rPr>
        <w:t>PART 4. LISTENING – CHÉP CHÍNH TẢ</w:t>
      </w:r>
    </w:p>
    <w:p>
      <w:pPr>
        <w:keepNext w:val="0"/>
        <w:spacing w:before="0"/>
      </w:pPr>
      <w:r>
        <w:rPr>
          <w:i/>
        </w:rPr>
        <w:t>Nghe audio và điền từ còn thiếu vào chỗ trống. Có thể nghe lại bao nhiêu lần cũng được.</w:t>
      </w:r>
    </w:p>
    <w:p>
      <w:pPr>
        <w:keepNext w:val="0"/>
        <w:spacing w:before="160"/>
      </w:pPr>
      <w:r>
        <w:rPr>
          <w:b/>
        </w:rPr>
        <w:t>► Dictation 1 – Check-in</w:t>
      </w:r>
      <w:r>
        <w:rPr>
          <w:i/>
          <w:color w:val="555555"/>
          <w:sz w:val="22"/>
        </w:rPr>
        <w:t xml:space="preserve">   (file: 01_Chinh_ta_1.mp3)</w:t>
      </w:r>
    </w:p>
    <w:p>
      <w:pPr>
        <w:keepNext w:val="0"/>
        <w:spacing w:before="0" w:line="360" w:lineRule="auto"/>
      </w:pPr>
      <w:r>
        <w:rPr/>
        <w:t xml:space="preserve">Hello, how can I </w:t>
      </w:r>
      <w:r>
        <w:rPr/>
        <w:t>(1) ____________</w:t>
      </w:r>
      <w:r>
        <w:rPr/>
        <w:t xml:space="preserve"> you?</w:t>
      </w:r>
    </w:p>
    <w:p>
      <w:pPr>
        <w:keepNext w:val="0"/>
        <w:spacing w:before="0" w:line="360" w:lineRule="auto"/>
      </w:pPr>
      <w:r>
        <w:rPr/>
        <w:t xml:space="preserve">Do you have a </w:t>
      </w:r>
      <w:r>
        <w:rPr/>
        <w:t>(2) ____________</w:t>
      </w:r>
      <w:r>
        <w:rPr/>
        <w:t>?</w:t>
      </w:r>
    </w:p>
    <w:p>
      <w:pPr>
        <w:keepNext w:val="0"/>
        <w:spacing w:before="0" w:line="360" w:lineRule="auto"/>
      </w:pPr>
      <w:r>
        <w:rPr/>
        <w:t xml:space="preserve">May I see your </w:t>
      </w:r>
      <w:r>
        <w:rPr/>
        <w:t>(3) ____________</w:t>
      </w:r>
      <w:r>
        <w:rPr/>
        <w:t>, please?</w:t>
      </w:r>
    </w:p>
    <w:p>
      <w:pPr>
        <w:keepNext w:val="0"/>
        <w:spacing w:before="0" w:line="360" w:lineRule="auto"/>
      </w:pPr>
      <w:r>
        <w:rPr/>
        <w:t xml:space="preserve">Your room is </w:t>
      </w:r>
      <w:r>
        <w:rPr/>
        <w:t>(4) ____________</w:t>
      </w:r>
      <w:r>
        <w:rPr/>
        <w:t>.</w:t>
      </w:r>
    </w:p>
    <w:p>
      <w:pPr>
        <w:keepNext w:val="0"/>
        <w:spacing w:before="0" w:line="360" w:lineRule="auto"/>
      </w:pPr>
      <w:r>
        <w:rPr/>
        <w:t xml:space="preserve">Here is your room </w:t>
      </w:r>
      <w:r>
        <w:rPr/>
        <w:t>(5) ____________</w:t>
      </w:r>
      <w:r>
        <w:rPr/>
        <w:t>.</w:t>
      </w:r>
    </w:p>
    <w:p>
      <w:pPr>
        <w:keepNext w:val="0"/>
        <w:spacing w:before="160"/>
      </w:pPr>
      <w:r>
        <w:rPr>
          <w:b/>
        </w:rPr>
        <w:t>► Dictation 2 – Hotel information</w:t>
      </w:r>
      <w:r>
        <w:rPr>
          <w:i/>
          <w:color w:val="555555"/>
          <w:sz w:val="22"/>
        </w:rPr>
        <w:t xml:space="preserve">   (file: 02_Chinh_ta_2.mp3)</w:t>
      </w:r>
    </w:p>
    <w:p>
      <w:pPr>
        <w:keepNext w:val="0"/>
        <w:spacing w:before="0" w:line="360" w:lineRule="auto"/>
      </w:pPr>
      <w:r>
        <w:rPr/>
        <w:t>(6) ____________</w:t>
      </w:r>
      <w:r>
        <w:rPr/>
        <w:t xml:space="preserve"> is from 6:30 to 9 a.m.</w:t>
      </w:r>
    </w:p>
    <w:p>
      <w:pPr>
        <w:keepNext w:val="0"/>
        <w:spacing w:before="0" w:line="360" w:lineRule="auto"/>
      </w:pPr>
      <w:r>
        <w:rPr/>
        <w:t xml:space="preserve">The swimming </w:t>
      </w:r>
      <w:r>
        <w:rPr/>
        <w:t>(7) ____________</w:t>
      </w:r>
      <w:r>
        <w:rPr/>
        <w:t xml:space="preserve"> is </w:t>
      </w:r>
      <w:r>
        <w:rPr/>
        <w:t>(8) ____________</w:t>
      </w:r>
      <w:r>
        <w:rPr/>
        <w:t xml:space="preserve"> from 7 a.m. to 5 p.m.</w:t>
      </w:r>
    </w:p>
    <w:p>
      <w:pPr>
        <w:keepNext w:val="0"/>
        <w:spacing w:before="0" w:line="360" w:lineRule="auto"/>
      </w:pPr>
      <w:r>
        <w:rPr/>
        <w:t xml:space="preserve">There are </w:t>
      </w:r>
      <w:r>
        <w:rPr/>
        <w:t>(9) ____________</w:t>
      </w:r>
      <w:r>
        <w:rPr/>
        <w:t xml:space="preserve"> at the pool.</w:t>
      </w:r>
    </w:p>
    <w:p>
      <w:pPr>
        <w:keepNext w:val="0"/>
        <w:spacing w:before="0" w:line="360" w:lineRule="auto"/>
      </w:pPr>
      <w:r>
        <w:rPr/>
        <w:t xml:space="preserve">The wifi has no </w:t>
      </w:r>
      <w:r>
        <w:rPr/>
        <w:t>(10) ____________</w:t>
      </w:r>
      <w:r>
        <w:rPr/>
        <w:t>.</w:t>
      </w:r>
    </w:p>
    <w:p>
      <w:pPr>
        <w:keepNext w:val="0"/>
        <w:spacing w:before="160"/>
      </w:pPr>
      <w:r>
        <w:rPr>
          <w:b/>
        </w:rPr>
        <w:t>► Dictation 3 – Electric car and check-out</w:t>
      </w:r>
      <w:r>
        <w:rPr>
          <w:i/>
          <w:color w:val="555555"/>
          <w:sz w:val="22"/>
        </w:rPr>
        <w:t xml:space="preserve">   (file: 03_Chinh_ta_3.mp3)</w:t>
      </w:r>
    </w:p>
    <w:p>
      <w:pPr>
        <w:keepNext w:val="0"/>
        <w:spacing w:before="0" w:line="360" w:lineRule="auto"/>
      </w:pPr>
      <w:r>
        <w:rPr/>
        <w:t xml:space="preserve">Please </w:t>
      </w:r>
      <w:r>
        <w:rPr/>
        <w:t>(11) ____________</w:t>
      </w:r>
      <w:r>
        <w:rPr/>
        <w:t xml:space="preserve"> a moment.</w:t>
      </w:r>
    </w:p>
    <w:p>
      <w:pPr>
        <w:keepNext w:val="0"/>
        <w:spacing w:before="0" w:line="360" w:lineRule="auto"/>
      </w:pPr>
      <w:r>
        <w:rPr/>
        <w:t xml:space="preserve">The </w:t>
      </w:r>
      <w:r>
        <w:rPr/>
        <w:t>(12) ____________</w:t>
      </w:r>
      <w:r>
        <w:rPr/>
        <w:t xml:space="preserve"> car is coming.</w:t>
      </w:r>
    </w:p>
    <w:p>
      <w:pPr>
        <w:keepNext w:val="0"/>
        <w:spacing w:before="0" w:line="360" w:lineRule="auto"/>
      </w:pPr>
      <w:r>
        <w:rPr/>
        <w:t xml:space="preserve">The </w:t>
      </w:r>
      <w:r>
        <w:rPr/>
        <w:t>(13) ____________</w:t>
      </w:r>
      <w:r>
        <w:rPr/>
        <w:t xml:space="preserve"> will take you to your room.</w:t>
      </w:r>
    </w:p>
    <w:p>
      <w:pPr>
        <w:keepNext w:val="0"/>
        <w:spacing w:before="0" w:line="360" w:lineRule="auto"/>
      </w:pPr>
      <w:r>
        <w:rPr/>
        <w:t>(14) ____________</w:t>
      </w:r>
      <w:r>
        <w:rPr/>
        <w:t xml:space="preserve"> time is 12 p.m.</w:t>
      </w:r>
    </w:p>
    <w:p>
      <w:pPr>
        <w:keepNext w:val="0"/>
        <w:spacing w:before="0" w:line="360" w:lineRule="auto"/>
      </w:pPr>
      <w:r>
        <w:rPr/>
        <w:t xml:space="preserve">You can pay in cash or by credit </w:t>
      </w:r>
      <w:r>
        <w:rPr/>
        <w:t>(15) ____________</w:t>
      </w:r>
      <w:r>
        <w:rPr/>
        <w:t>.</w:t>
      </w:r>
    </w:p>
    <w:p>
      <w:pPr>
        <w:keepNext/>
        <w:spacing w:before="240"/>
      </w:pPr>
      <w:r>
        <w:rPr>
          <w:b/>
          <w:color w:val="1F4E79"/>
          <w:sz w:val="28"/>
        </w:rPr>
        <w:t>PART 5. LISTENING – NGHE HIỂU</w:t>
      </w:r>
    </w:p>
    <w:p>
      <w:pPr>
        <w:keepNext w:val="0"/>
        <w:spacing w:before="0"/>
      </w:pPr>
      <w:r>
        <w:rPr>
          <w:i/>
        </w:rPr>
        <w:t>Nghe đoạn hội thoại giữa lễ tân và khách (có thể nghe lại nhiều lần), rồi khoanh tròn đáp án đúng.</w:t>
      </w:r>
    </w:p>
    <w:p>
      <w:pPr>
        <w:keepNext w:val="0"/>
        <w:spacing w:before="120"/>
      </w:pPr>
      <w:r>
        <w:rPr>
          <w:b/>
        </w:rPr>
        <w:t>► At the reception desk</w:t>
      </w:r>
      <w:r>
        <w:rPr>
          <w:i/>
          <w:color w:val="555555"/>
          <w:sz w:val="22"/>
        </w:rPr>
        <w:t xml:space="preserve">   (file: 04_Nghe_hieu.mp3)</w:t>
      </w:r>
    </w:p>
    <w:p>
      <w:pPr>
        <w:keepNext/>
        <w:spacing w:before="80"/>
      </w:pPr>
      <w:r>
        <w:rPr>
          <w:b/>
        </w:rPr>
        <w:t xml:space="preserve">1. What is the guest's name? </w:t>
      </w:r>
      <w:r>
        <w:rPr>
          <w:i/>
          <w:color w:val="555555"/>
          <w:sz w:val="24"/>
        </w:rPr>
        <w:t>(Khách tên là gì?)</w:t>
      </w:r>
    </w:p>
    <w:p>
      <w:pPr>
        <w:keepNext w:val="0"/>
        <w:spacing w:before="0"/>
      </w:pPr>
      <w:r>
        <w:rPr/>
        <w:t xml:space="preserve">     A. David Brown        B. David Green        C. Daniel Brown</w:t>
      </w:r>
    </w:p>
    <w:p>
      <w:pPr>
        <w:keepNext/>
        <w:spacing w:before="80"/>
      </w:pPr>
      <w:r>
        <w:rPr>
          <w:b/>
        </w:rPr>
        <w:t xml:space="preserve">2. How many nights will the guest stay? </w:t>
      </w:r>
      <w:r>
        <w:rPr>
          <w:i/>
          <w:color w:val="555555"/>
          <w:sz w:val="24"/>
        </w:rPr>
        <w:t>(Khách ở mấy đêm?)</w:t>
      </w:r>
    </w:p>
    <w:p>
      <w:pPr>
        <w:keepNext w:val="0"/>
        <w:spacing w:before="0"/>
      </w:pPr>
      <w:r>
        <w:rPr/>
        <w:t xml:space="preserve">     A. One night        B. Two nights        C. Three nights</w:t>
      </w:r>
    </w:p>
    <w:p>
      <w:pPr>
        <w:keepNext/>
        <w:spacing w:before="80"/>
      </w:pPr>
      <w:r>
        <w:rPr>
          <w:b/>
        </w:rPr>
        <w:t xml:space="preserve">3. What number does the guest press to call reception? </w:t>
      </w:r>
      <w:r>
        <w:rPr>
          <w:i/>
          <w:color w:val="555555"/>
          <w:sz w:val="24"/>
        </w:rPr>
        <w:t>(Khách bấm số mấy để gọi lễ tân?)</w:t>
      </w:r>
    </w:p>
    <w:p>
      <w:pPr>
        <w:keepNext w:val="0"/>
        <w:spacing w:before="0"/>
      </w:pPr>
      <w:r>
        <w:rPr/>
        <w:t xml:space="preserve">     A. 1        B. 2        C. 9</w:t>
      </w:r>
    </w:p>
    <w:p>
      <w:pPr>
        <w:keepNext/>
        <w:spacing w:before="80"/>
      </w:pPr>
      <w:r>
        <w:rPr>
          <w:b/>
        </w:rPr>
        <w:t xml:space="preserve">4. What is the room number? </w:t>
      </w:r>
      <w:r>
        <w:rPr>
          <w:i/>
          <w:color w:val="555555"/>
          <w:sz w:val="24"/>
        </w:rPr>
        <w:t>(Số phòng là bao nhiêu?)</w:t>
      </w:r>
    </w:p>
    <w:p>
      <w:pPr>
        <w:keepNext w:val="0"/>
        <w:spacing w:before="0"/>
      </w:pPr>
      <w:r>
        <w:rPr/>
        <w:t xml:space="preserve">     A. 205        B. 250        C. 502</w:t>
      </w:r>
    </w:p>
    <w:p>
      <w:pPr>
        <w:keepNext/>
        <w:spacing w:before="80"/>
      </w:pPr>
      <w:r>
        <w:rPr>
          <w:b/>
        </w:rPr>
        <w:t xml:space="preserve">5. How does the guest go to his room? </w:t>
      </w:r>
      <w:r>
        <w:rPr>
          <w:i/>
          <w:color w:val="555555"/>
          <w:sz w:val="24"/>
        </w:rPr>
        <w:t>(Khách lên phòng bằng cách nào?)</w:t>
      </w:r>
    </w:p>
    <w:p>
      <w:pPr>
        <w:keepNext w:val="0"/>
        <w:spacing w:before="0"/>
      </w:pPr>
      <w:r>
        <w:rPr/>
        <w:t xml:space="preserve">     A. He walks        B. By electric car        C. By taxi</w:t>
      </w:r>
    </w:p>
    <w:p>
      <w:r>
        <w:br w:type="page"/>
      </w:r>
    </w:p>
    <w:p>
      <w:pPr>
        <w:spacing w:after="0" w:before="0"/>
        <w:jc w:val="center"/>
      </w:pPr>
      <w:r>
        <w:rPr>
          <w:b/>
          <w:i w:val="0"/>
          <w:color w:val="1D2558"/>
          <w:sz w:val="34"/>
        </w:rPr>
        <w:t>PHIẾU TRẢ LỜI</w:t>
      </w:r>
    </w:p>
    <w:p>
      <w:pPr>
        <w:spacing w:after="120" w:before="0"/>
        <w:jc w:val="center"/>
      </w:pPr>
      <w:r>
        <w:rPr>
          <w:b w:val="0"/>
          <w:i/>
          <w:color w:val="555A70"/>
          <w:sz w:val="23"/>
        </w:rPr>
        <w:t>Bài 1 · Lễ Tân</w:t>
      </w:r>
    </w:p>
    <w:p>
      <w:pPr>
        <w:spacing w:after="120" w:before="0"/>
      </w:pPr>
      <w:r>
        <w:rPr>
          <w:b w:val="0"/>
          <w:i w:val="0"/>
          <w:sz w:val="22"/>
        </w:rPr>
        <w:t>Họ tên: ______________________________        Ngày làm bài: ________________</w:t>
      </w:r>
    </w:p>
    <w:tbl>
      <w:tblPr>
        <w:tblW w:type="auto" w:w="0"/>
        <w:jc w:val="center"/>
        <w:tblLayout w:type="fixed"/>
        <w:tblLook w:firstColumn="1" w:firstRow="1" w:lastColumn="0" w:lastRow="0" w:noHBand="0" w:noVBand="1" w:val="04A0"/>
      </w:tblPr>
      <w:tblGrid>
        <w:gridCol w:w="9973"/>
      </w:tblGrid>
      <w:tr>
        <w:tc>
          <w:tcPr>
            <w:tcW w:type="dxa" w:w="9972"/>
            <w:shd w:val="clear" w:color="auto" w:fill="FBF1DC"/>
            <w:vAlign w:val="center"/>
          </w:tcPr>
          <w:p>
            <w:r>
              <w:rPr>
                <w:b/>
                <w:sz w:val="21"/>
              </w:rPr>
              <w:t>CÁCH NỘP BÀI</w:t>
            </w:r>
          </w:p>
          <w:p>
            <w:pPr>
              <w:spacing w:after="0" w:before="0"/>
            </w:pPr>
            <w:r>
              <w:rPr>
                <w:b w:val="0"/>
                <w:i w:val="0"/>
                <w:sz w:val="19"/>
              </w:rPr>
              <w:t>• Ghi tất cả câu trả lời vào trang này. Chỉ cần nộp: 1 ẢNH TRANG NÀY + FILE THU ÂM.</w:t>
            </w:r>
          </w:p>
          <w:p>
            <w:pPr>
              <w:spacing w:after="0" w:before="0"/>
            </w:pPr>
            <w:r>
              <w:rPr>
                <w:b w:val="0"/>
                <w:i w:val="0"/>
                <w:sz w:val="19"/>
              </w:rPr>
              <w:t>• Phần chính tả: viết CHỮ IN HOA (ví dụ: FOOD, ELSE).</w:t>
            </w:r>
          </w:p>
          <w:p>
            <w:pPr>
              <w:spacing w:after="0" w:before="0"/>
            </w:pPr>
            <w:r>
              <w:rPr>
                <w:b w:val="0"/>
                <w:i w:val="0"/>
                <w:sz w:val="19"/>
              </w:rPr>
              <w:t>• Chụp ảnh: đặt giấy trên mặt bàn, chụp thẳng từ trên xuống, đủ sáng, thấy đủ 4 góc giấy.</w:t>
            </w:r>
          </w:p>
          <w:p>
            <w:pPr>
              <w:spacing w:after="0" w:before="0"/>
            </w:pPr>
            <w:r>
              <w:rPr>
                <w:b w:val="0"/>
                <w:i w:val="0"/>
                <w:sz w:val="19"/>
              </w:rPr>
              <w:t>• Thu âm phần dịch câu: nói "Câu 1" rồi đọc câu, nghỉ 2 giây, rồi "Câu 2"... Thu ở nơi yên tĩnh.</w:t>
            </w:r>
          </w:p>
        </w:tc>
      </w:tr>
    </w:tbl>
    <w:p>
      <w:pPr>
        <w:spacing w:after="60" w:before="160"/>
      </w:pPr>
      <w:r>
        <w:rPr>
          <w:b/>
          <w:color w:val="1D2558"/>
          <w:sz w:val="23"/>
        </w:rPr>
        <w:t>PART 2. DỊCH CÂU</w:t>
      </w:r>
      <w:r>
        <w:rPr>
          <w:i/>
          <w:color w:val="555A70"/>
          <w:sz w:val="19"/>
        </w:rPr>
        <w:t xml:space="preserve">   Viết câu tiếng Anh, viết hoa chữ đầu câu, có dấu . hoặc ?</w:t>
      </w:r>
    </w:p>
    <w:tbl>
      <w:tblPr>
        <w:tblStyle w:val="TableGrid"/>
        <w:tblW w:type="auto" w:w="0"/>
        <w:tblLayout w:type="fixed"/>
        <w:tblLook w:firstColumn="1" w:firstRow="1" w:lastColumn="0" w:lastRow="0" w:noHBand="0" w:noVBand="1" w:val="04A0"/>
      </w:tblPr>
      <w:tblGrid>
        <w:gridCol w:w="510"/>
        <w:gridCol w:w="9462"/>
      </w:tblGrid>
      <w:tr>
        <w:trPr>
          <w:trHeight w:val="482" w:hRule="atLeast"/>
        </w:trPr>
        <w:tc>
          <w:tcPr>
            <w:tcW w:type="dxa" w:w="510"/>
            <w:shd w:val="clear" w:color="auto" w:fill="EEF0FB"/>
            <w:vAlign w:val="center"/>
          </w:tcPr>
          <w:p>
            <w:pPr>
              <w:spacing w:after="0"/>
              <w:jc w:val="center"/>
            </w:pPr>
            <w:r>
              <w:rPr>
                <w:b/>
                <w:color w:val="1D2558"/>
                <w:sz w:val="21"/>
              </w:rPr>
              <w:t>1</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2</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3</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4</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5</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6</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7</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8</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9</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10</w:t>
            </w:r>
          </w:p>
        </w:tc>
        <w:tc>
          <w:tcPr>
            <w:tcW w:type="dxa" w:w="9462"/>
            <w:vAlign w:val="center"/>
          </w:tcPr>
          <w:p/>
        </w:tc>
      </w:tr>
    </w:tbl>
    <w:p>
      <w:pPr>
        <w:spacing w:after="60" w:before="160"/>
      </w:pPr>
      <w:r>
        <w:rPr>
          <w:b/>
          <w:color w:val="1D2558"/>
          <w:sz w:val="23"/>
        </w:rPr>
        <w:t>PART 3. ĐỌC HIỂU</w:t>
      </w:r>
      <w:r>
        <w:rPr>
          <w:i/>
          <w:color w:val="555A70"/>
          <w:sz w:val="19"/>
        </w:rPr>
        <w:t xml:space="preserve">   Điền A, B hoặc C</w:t>
      </w:r>
    </w:p>
    <w:tbl>
      <w:tblPr>
        <w:tblStyle w:val="TableGrid"/>
        <w:tblW w:type="auto" w:w="0"/>
        <w:tblLayout w:type="fixed"/>
        <w:tblLook w:firstColumn="1" w:firstRow="1" w:lastColumn="0" w:lastRow="0" w:noHBand="0" w:noVBand="1" w:val="04A0"/>
      </w:tblPr>
      <w:tblGrid>
        <w:gridCol w:w="1246"/>
        <w:gridCol w:w="1246"/>
        <w:gridCol w:w="1246"/>
        <w:gridCol w:w="1246"/>
        <w:gridCol w:w="1246"/>
        <w:gridCol w:w="1246"/>
        <w:gridCol w:w="1246"/>
        <w:gridCol w:w="1246"/>
      </w:tblGrid>
      <w:tr>
        <w:trPr>
          <w:trHeight w:val="312"/>
        </w:trPr>
        <w:tc>
          <w:tcPr>
            <w:tcW w:type="dxa" w:w="1246"/>
            <w:shd w:val="clear" w:color="auto" w:fill="EEF0FB"/>
            <w:vAlign w:val="center"/>
          </w:tcPr>
          <w:p>
            <w:pPr>
              <w:spacing w:after="0"/>
              <w:jc w:val="center"/>
            </w:pPr>
            <w:r>
              <w:rPr>
                <w:b/>
                <w:color w:val="1D2558"/>
                <w:sz w:val="21"/>
              </w:rPr>
              <w:t>1</w:t>
            </w:r>
          </w:p>
        </w:tc>
        <w:tc>
          <w:tcPr>
            <w:tcW w:type="dxa" w:w="1246"/>
            <w:shd w:val="clear" w:color="auto" w:fill="EEF0FB"/>
            <w:vAlign w:val="center"/>
          </w:tcPr>
          <w:p>
            <w:pPr>
              <w:spacing w:after="0"/>
              <w:jc w:val="center"/>
            </w:pPr>
            <w:r>
              <w:rPr>
                <w:b/>
                <w:color w:val="1D2558"/>
                <w:sz w:val="21"/>
              </w:rPr>
              <w:t>2</w:t>
            </w:r>
          </w:p>
        </w:tc>
        <w:tc>
          <w:tcPr>
            <w:tcW w:type="dxa" w:w="1246"/>
            <w:shd w:val="clear" w:color="auto" w:fill="EEF0FB"/>
            <w:vAlign w:val="center"/>
          </w:tcPr>
          <w:p>
            <w:pPr>
              <w:spacing w:after="0"/>
              <w:jc w:val="center"/>
            </w:pPr>
            <w:r>
              <w:rPr>
                <w:b/>
                <w:color w:val="1D2558"/>
                <w:sz w:val="21"/>
              </w:rPr>
              <w:t>3</w:t>
            </w:r>
          </w:p>
        </w:tc>
        <w:tc>
          <w:tcPr>
            <w:tcW w:type="dxa" w:w="1246"/>
            <w:shd w:val="clear" w:color="auto" w:fill="EEF0FB"/>
            <w:vAlign w:val="center"/>
          </w:tcPr>
          <w:p>
            <w:pPr>
              <w:spacing w:after="0"/>
              <w:jc w:val="center"/>
            </w:pPr>
            <w:r>
              <w:rPr>
                <w:b/>
                <w:color w:val="1D2558"/>
                <w:sz w:val="21"/>
              </w:rPr>
              <w:t>4</w:t>
            </w:r>
          </w:p>
        </w:tc>
        <w:tc>
          <w:tcPr>
            <w:tcW w:type="dxa" w:w="1246"/>
            <w:shd w:val="clear" w:color="auto" w:fill="EEF0FB"/>
            <w:vAlign w:val="center"/>
          </w:tcPr>
          <w:p>
            <w:pPr>
              <w:spacing w:after="0"/>
              <w:jc w:val="center"/>
            </w:pPr>
            <w:r>
              <w:rPr>
                <w:b/>
                <w:color w:val="1D2558"/>
                <w:sz w:val="21"/>
              </w:rPr>
              <w:t>5</w:t>
            </w:r>
          </w:p>
        </w:tc>
        <w:tc>
          <w:tcPr>
            <w:tcW w:type="dxa" w:w="1246"/>
            <w:shd w:val="clear" w:color="auto" w:fill="EEF0FB"/>
            <w:vAlign w:val="center"/>
          </w:tcPr>
          <w:p>
            <w:pPr>
              <w:spacing w:after="0"/>
              <w:jc w:val="center"/>
            </w:pPr>
            <w:r>
              <w:rPr>
                <w:b/>
                <w:color w:val="1D2558"/>
                <w:sz w:val="21"/>
              </w:rPr>
              <w:t>6</w:t>
            </w:r>
          </w:p>
        </w:tc>
        <w:tc>
          <w:tcPr>
            <w:tcW w:type="dxa" w:w="1246"/>
            <w:shd w:val="clear" w:color="auto" w:fill="EEF0FB"/>
            <w:vAlign w:val="center"/>
          </w:tcPr>
          <w:p>
            <w:pPr>
              <w:spacing w:after="0"/>
              <w:jc w:val="center"/>
            </w:pPr>
            <w:r>
              <w:rPr>
                <w:b/>
                <w:color w:val="1D2558"/>
                <w:sz w:val="21"/>
              </w:rPr>
              <w:t>7</w:t>
            </w:r>
          </w:p>
        </w:tc>
        <w:tc>
          <w:tcPr>
            <w:tcW w:type="dxa" w:w="1246"/>
            <w:shd w:val="clear" w:color="auto" w:fill="EEF0FB"/>
            <w:vAlign w:val="center"/>
          </w:tcPr>
          <w:p>
            <w:pPr>
              <w:spacing w:after="0"/>
              <w:jc w:val="center"/>
            </w:pPr>
            <w:r>
              <w:rPr>
                <w:b/>
                <w:color w:val="1D2558"/>
                <w:sz w:val="21"/>
              </w:rPr>
              <w:t>8</w:t>
            </w:r>
          </w:p>
        </w:tc>
      </w:tr>
      <w:tr>
        <w:trPr>
          <w:trHeight w:val="510" w:hRule="atLeast"/>
        </w:trPr>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r>
    </w:tbl>
    <w:p>
      <w:pPr>
        <w:spacing w:after="60" w:before="160"/>
      </w:pPr>
      <w:r>
        <w:rPr>
          <w:b/>
          <w:color w:val="1D2558"/>
          <w:sz w:val="23"/>
        </w:rPr>
        <w:t>PART 4. CHÉP CHÍNH TẢ</w:t>
      </w:r>
      <w:r>
        <w:rPr>
          <w:i/>
          <w:color w:val="555A70"/>
          <w:sz w:val="19"/>
        </w:rPr>
        <w:t xml:space="preserve">   Viết CHỮ IN HOA</w:t>
      </w:r>
    </w:p>
    <w:tbl>
      <w:tblPr>
        <w:tblStyle w:val="TableGrid"/>
        <w:tblW w:type="auto" w:w="0"/>
        <w:tblLayout w:type="fixed"/>
        <w:tblLook w:firstColumn="1" w:firstRow="1" w:lastColumn="0" w:lastRow="0" w:noHBand="0" w:noVBand="1" w:val="04A0"/>
      </w:tblPr>
      <w:tblGrid>
        <w:gridCol w:w="623"/>
        <w:gridCol w:w="1869"/>
        <w:gridCol w:w="623"/>
        <w:gridCol w:w="1869"/>
        <w:gridCol w:w="623"/>
        <w:gridCol w:w="1869"/>
        <w:gridCol w:w="623"/>
        <w:gridCol w:w="1869"/>
      </w:tblGrid>
      <w:tr>
        <w:trPr>
          <w:trHeight w:val="510" w:hRule="atLeast"/>
        </w:trPr>
        <w:tc>
          <w:tcPr>
            <w:tcW w:type="dxa" w:w="624"/>
            <w:shd w:val="clear" w:color="auto" w:fill="EEF0FB"/>
            <w:vAlign w:val="center"/>
          </w:tcPr>
          <w:p>
            <w:pPr>
              <w:spacing w:after="0"/>
              <w:jc w:val="center"/>
            </w:pPr>
            <w:r>
              <w:rPr>
                <w:b/>
                <w:color w:val="1D2558"/>
                <w:sz w:val="21"/>
              </w:rPr>
              <w:t>(1)</w:t>
            </w:r>
          </w:p>
        </w:tc>
        <w:tc>
          <w:tcPr>
            <w:tcW w:type="dxa" w:w="1869"/>
            <w:vAlign w:val="center"/>
          </w:tcPr>
          <w:p/>
        </w:tc>
        <w:tc>
          <w:tcPr>
            <w:tcW w:type="dxa" w:w="624"/>
            <w:shd w:val="clear" w:color="auto" w:fill="EEF0FB"/>
            <w:vAlign w:val="center"/>
          </w:tcPr>
          <w:p>
            <w:pPr>
              <w:spacing w:after="0"/>
              <w:jc w:val="center"/>
            </w:pPr>
            <w:r>
              <w:rPr>
                <w:b/>
                <w:color w:val="1D2558"/>
                <w:sz w:val="21"/>
              </w:rPr>
              <w:t>(5)</w:t>
            </w:r>
          </w:p>
        </w:tc>
        <w:tc>
          <w:tcPr>
            <w:tcW w:type="dxa" w:w="1869"/>
            <w:vAlign w:val="center"/>
          </w:tcPr>
          <w:p/>
        </w:tc>
        <w:tc>
          <w:tcPr>
            <w:tcW w:type="dxa" w:w="624"/>
            <w:shd w:val="clear" w:color="auto" w:fill="EEF0FB"/>
            <w:vAlign w:val="center"/>
          </w:tcPr>
          <w:p>
            <w:pPr>
              <w:spacing w:after="0"/>
              <w:jc w:val="center"/>
            </w:pPr>
            <w:r>
              <w:rPr>
                <w:b/>
                <w:color w:val="1D2558"/>
                <w:sz w:val="21"/>
              </w:rPr>
              <w:t>(9)</w:t>
            </w:r>
          </w:p>
        </w:tc>
        <w:tc>
          <w:tcPr>
            <w:tcW w:type="dxa" w:w="1869"/>
            <w:vAlign w:val="center"/>
          </w:tcPr>
          <w:p/>
        </w:tc>
        <w:tc>
          <w:tcPr>
            <w:tcW w:type="dxa" w:w="624"/>
            <w:shd w:val="clear" w:color="auto" w:fill="EEF0FB"/>
            <w:vAlign w:val="center"/>
          </w:tcPr>
          <w:p>
            <w:pPr>
              <w:spacing w:after="0"/>
              <w:jc w:val="center"/>
            </w:pPr>
            <w:r>
              <w:rPr>
                <w:b/>
                <w:color w:val="1D2558"/>
                <w:sz w:val="21"/>
              </w:rPr>
              <w:t>(13)</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(2)</w:t>
            </w:r>
          </w:p>
        </w:tc>
        <w:tc>
          <w:tcPr>
            <w:tcW w:type="dxa" w:w="1869"/>
            <w:vAlign w:val="center"/>
          </w:tcPr>
          <w:p/>
        </w:tc>
        <w:tc>
          <w:tcPr>
            <w:tcW w:type="dxa" w:w="624"/>
            <w:shd w:val="clear" w:color="auto" w:fill="EEF0FB"/>
            <w:vAlign w:val="center"/>
          </w:tcPr>
          <w:p>
            <w:pPr>
              <w:spacing w:after="0"/>
              <w:jc w:val="center"/>
            </w:pPr>
            <w:r>
              <w:rPr>
                <w:b/>
                <w:color w:val="1D2558"/>
                <w:sz w:val="21"/>
              </w:rPr>
              <w:t>(6)</w:t>
            </w:r>
          </w:p>
        </w:tc>
        <w:tc>
          <w:tcPr>
            <w:tcW w:type="dxa" w:w="1869"/>
            <w:vAlign w:val="center"/>
          </w:tcPr>
          <w:p/>
        </w:tc>
        <w:tc>
          <w:tcPr>
            <w:tcW w:type="dxa" w:w="624"/>
            <w:shd w:val="clear" w:color="auto" w:fill="EEF0FB"/>
            <w:vAlign w:val="center"/>
          </w:tcPr>
          <w:p>
            <w:pPr>
              <w:spacing w:after="0"/>
              <w:jc w:val="center"/>
            </w:pPr>
            <w:r>
              <w:rPr>
                <w:b/>
                <w:color w:val="1D2558"/>
                <w:sz w:val="21"/>
              </w:rPr>
              <w:t>(10)</w:t>
            </w:r>
          </w:p>
        </w:tc>
        <w:tc>
          <w:tcPr>
            <w:tcW w:type="dxa" w:w="1869"/>
            <w:vAlign w:val="center"/>
          </w:tcPr>
          <w:p/>
        </w:tc>
        <w:tc>
          <w:tcPr>
            <w:tcW w:type="dxa" w:w="624"/>
            <w:shd w:val="clear" w:color="auto" w:fill="EEF0FB"/>
            <w:vAlign w:val="center"/>
          </w:tcPr>
          <w:p>
            <w:pPr>
              <w:spacing w:after="0"/>
              <w:jc w:val="center"/>
            </w:pPr>
            <w:r>
              <w:rPr>
                <w:b/>
                <w:color w:val="1D2558"/>
                <w:sz w:val="21"/>
              </w:rPr>
              <w:t>(14)</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(3)</w:t>
            </w:r>
          </w:p>
        </w:tc>
        <w:tc>
          <w:tcPr>
            <w:tcW w:type="dxa" w:w="1869"/>
            <w:vAlign w:val="center"/>
          </w:tcPr>
          <w:p/>
        </w:tc>
        <w:tc>
          <w:tcPr>
            <w:tcW w:type="dxa" w:w="624"/>
            <w:shd w:val="clear" w:color="auto" w:fill="EEF0FB"/>
            <w:vAlign w:val="center"/>
          </w:tcPr>
          <w:p>
            <w:pPr>
              <w:spacing w:after="0"/>
              <w:jc w:val="center"/>
            </w:pPr>
            <w:r>
              <w:rPr>
                <w:b/>
                <w:color w:val="1D2558"/>
                <w:sz w:val="21"/>
              </w:rPr>
              <w:t>(7)</w:t>
            </w:r>
          </w:p>
        </w:tc>
        <w:tc>
          <w:tcPr>
            <w:tcW w:type="dxa" w:w="1869"/>
            <w:vAlign w:val="center"/>
          </w:tcPr>
          <w:p/>
        </w:tc>
        <w:tc>
          <w:tcPr>
            <w:tcW w:type="dxa" w:w="624"/>
            <w:shd w:val="clear" w:color="auto" w:fill="EEF0FB"/>
            <w:vAlign w:val="center"/>
          </w:tcPr>
          <w:p>
            <w:pPr>
              <w:spacing w:after="0"/>
              <w:jc w:val="center"/>
            </w:pPr>
            <w:r>
              <w:rPr>
                <w:b/>
                <w:color w:val="1D2558"/>
                <w:sz w:val="21"/>
              </w:rPr>
              <w:t>(11)</w:t>
            </w:r>
          </w:p>
        </w:tc>
        <w:tc>
          <w:tcPr>
            <w:tcW w:type="dxa" w:w="1869"/>
            <w:vAlign w:val="center"/>
          </w:tcPr>
          <w:p/>
        </w:tc>
        <w:tc>
          <w:tcPr>
            <w:tcW w:type="dxa" w:w="624"/>
            <w:shd w:val="clear" w:color="auto" w:fill="EEF0FB"/>
            <w:vAlign w:val="center"/>
          </w:tcPr>
          <w:p>
            <w:pPr>
              <w:spacing w:after="0"/>
              <w:jc w:val="center"/>
            </w:pPr>
            <w:r>
              <w:rPr>
                <w:b/>
                <w:color w:val="1D2558"/>
                <w:sz w:val="21"/>
              </w:rPr>
              <w:t>(15)</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(4)</w:t>
            </w:r>
          </w:p>
        </w:tc>
        <w:tc>
          <w:tcPr>
            <w:tcW w:type="dxa" w:w="1869"/>
            <w:vAlign w:val="center"/>
          </w:tcPr>
          <w:p/>
        </w:tc>
        <w:tc>
          <w:tcPr>
            <w:tcW w:type="dxa" w:w="624"/>
            <w:shd w:val="clear" w:color="auto" w:fill="EEF0FB"/>
            <w:vAlign w:val="center"/>
          </w:tcPr>
          <w:p>
            <w:pPr>
              <w:spacing w:after="0"/>
              <w:jc w:val="center"/>
            </w:pPr>
            <w:r>
              <w:rPr>
                <w:b/>
                <w:color w:val="1D2558"/>
                <w:sz w:val="21"/>
              </w:rPr>
              <w:t>(8)</w:t>
            </w:r>
          </w:p>
        </w:tc>
        <w:tc>
          <w:tcPr>
            <w:tcW w:type="dxa" w:w="1869"/>
            <w:vAlign w:val="center"/>
          </w:tcPr>
          <w:p/>
        </w:tc>
        <w:tc>
          <w:tcPr>
            <w:tcW w:type="dxa" w:w="624"/>
            <w:shd w:val="clear" w:color="auto" w:fill="EEF0FB"/>
            <w:vAlign w:val="center"/>
          </w:tcPr>
          <w:p>
            <w:pPr>
              <w:spacing w:after="0"/>
              <w:jc w:val="center"/>
            </w:pPr>
            <w:r>
              <w:rPr>
                <w:b/>
                <w:color w:val="1D2558"/>
                <w:sz w:val="21"/>
              </w:rPr>
              <w:t>(12)</w:t>
            </w:r>
          </w:p>
        </w:tc>
        <w:tc>
          <w:tcPr>
            <w:tcW w:type="dxa" w:w="1869"/>
            <w:vAlign w:val="center"/>
          </w:tcPr>
          <w:p/>
        </w:tc>
        <w:tc>
          <w:tcPr>
            <w:tcW w:type="dxa" w:w="624"/>
            <w:vAlign w:val="center"/>
          </w:tcPr>
          <w:p/>
        </w:tc>
        <w:tc>
          <w:tcPr>
            <w:tcW w:type="dxa" w:w="1869"/>
            <w:vAlign w:val="center"/>
          </w:tcPr>
          <w:p/>
        </w:tc>
      </w:tr>
    </w:tbl>
    <w:p>
      <w:pPr>
        <w:spacing w:after="60" w:before="160"/>
      </w:pPr>
      <w:r>
        <w:rPr>
          <w:b/>
          <w:color w:val="1D2558"/>
          <w:sz w:val="23"/>
        </w:rPr>
        <w:t>PART 5. NGHE HIỂU</w:t>
      </w:r>
      <w:r>
        <w:rPr>
          <w:i/>
          <w:color w:val="555A70"/>
          <w:sz w:val="19"/>
        </w:rPr>
        <w:t xml:space="preserve">   Điền A, B hoặc C</w:t>
      </w:r>
    </w:p>
    <w:tbl>
      <w:tblPr>
        <w:tblStyle w:val="TableGrid"/>
        <w:tblW w:type="auto" w:w="0"/>
        <w:tblLayout w:type="fixed"/>
        <w:tblLook w:firstColumn="1" w:firstRow="1" w:lastColumn="0" w:lastRow="0" w:noHBand="0" w:noVBand="1" w:val="04A0"/>
      </w:tblPr>
      <w:tblGrid>
        <w:gridCol w:w="1994"/>
        <w:gridCol w:w="1994"/>
        <w:gridCol w:w="1994"/>
        <w:gridCol w:w="1994"/>
        <w:gridCol w:w="1994"/>
      </w:tblGrid>
      <w:tr>
        <w:trPr>
          <w:trHeight w:val="312"/>
        </w:trPr>
        <w:tc>
          <w:tcPr>
            <w:tcW w:type="dxa" w:w="1994"/>
            <w:shd w:val="clear" w:color="auto" w:fill="EEF0FB"/>
            <w:vAlign w:val="center"/>
          </w:tcPr>
          <w:p>
            <w:pPr>
              <w:spacing w:after="0"/>
              <w:jc w:val="center"/>
            </w:pPr>
            <w:r>
              <w:rPr>
                <w:b/>
                <w:color w:val="1D2558"/>
                <w:sz w:val="21"/>
              </w:rPr>
              <w:t>1</w:t>
            </w:r>
          </w:p>
        </w:tc>
        <w:tc>
          <w:tcPr>
            <w:tcW w:type="dxa" w:w="1994"/>
            <w:shd w:val="clear" w:color="auto" w:fill="EEF0FB"/>
            <w:vAlign w:val="center"/>
          </w:tcPr>
          <w:p>
            <w:pPr>
              <w:spacing w:after="0"/>
              <w:jc w:val="center"/>
            </w:pPr>
            <w:r>
              <w:rPr>
                <w:b/>
                <w:color w:val="1D2558"/>
                <w:sz w:val="21"/>
              </w:rPr>
              <w:t>2</w:t>
            </w:r>
          </w:p>
        </w:tc>
        <w:tc>
          <w:tcPr>
            <w:tcW w:type="dxa" w:w="1994"/>
            <w:shd w:val="clear" w:color="auto" w:fill="EEF0FB"/>
            <w:vAlign w:val="center"/>
          </w:tcPr>
          <w:p>
            <w:pPr>
              <w:spacing w:after="0"/>
              <w:jc w:val="center"/>
            </w:pPr>
            <w:r>
              <w:rPr>
                <w:b/>
                <w:color w:val="1D2558"/>
                <w:sz w:val="21"/>
              </w:rPr>
              <w:t>3</w:t>
            </w:r>
          </w:p>
        </w:tc>
        <w:tc>
          <w:tcPr>
            <w:tcW w:type="dxa" w:w="1994"/>
            <w:shd w:val="clear" w:color="auto" w:fill="EEF0FB"/>
            <w:vAlign w:val="center"/>
          </w:tcPr>
          <w:p>
            <w:pPr>
              <w:spacing w:after="0"/>
              <w:jc w:val="center"/>
            </w:pPr>
            <w:r>
              <w:rPr>
                <w:b/>
                <w:color w:val="1D2558"/>
                <w:sz w:val="21"/>
              </w:rPr>
              <w:t>4</w:t>
            </w:r>
          </w:p>
        </w:tc>
        <w:tc>
          <w:tcPr>
            <w:tcW w:type="dxa" w:w="1994"/>
            <w:shd w:val="clear" w:color="auto" w:fill="EEF0FB"/>
            <w:vAlign w:val="center"/>
          </w:tcPr>
          <w:p>
            <w:pPr>
              <w:spacing w:after="0"/>
              <w:jc w:val="center"/>
            </w:pPr>
            <w:r>
              <w:rPr>
                <w:b/>
                <w:color w:val="1D2558"/>
                <w:sz w:val="21"/>
              </w:rPr>
              <w:t>5</w:t>
            </w:r>
          </w:p>
        </w:tc>
      </w:tr>
      <w:tr>
        <w:trPr>
          <w:trHeight w:val="510" w:hRule="atLeast"/>
        </w:trPr>
        <w:tc>
          <w:tcPr>
            <w:tcW w:type="dxa" w:w="1994"/>
            <w:vAlign w:val="center"/>
          </w:tcPr>
          <w:p/>
        </w:tc>
        <w:tc>
          <w:tcPr>
            <w:tcW w:type="dxa" w:w="1994"/>
            <w:vAlign w:val="center"/>
          </w:tcPr>
          <w:p/>
        </w:tc>
        <w:tc>
          <w:tcPr>
            <w:tcW w:type="dxa" w:w="1994"/>
            <w:vAlign w:val="center"/>
          </w:tcPr>
          <w:p/>
        </w:tc>
        <w:tc>
          <w:tcPr>
            <w:tcW w:type="dxa" w:w="1994"/>
            <w:vAlign w:val="center"/>
          </w:tcPr>
          <w:p/>
        </w:tc>
        <w:tc>
          <w:tcPr>
            <w:tcW w:type="dxa" w:w="1994"/>
            <w:vAlign w:val="center"/>
          </w:tcP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